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5E3" w:rsidRPr="00A5026C" w:rsidRDefault="00F843E8" w:rsidP="00A5026C">
      <w:pPr>
        <w:jc w:val="center"/>
        <w:rPr>
          <w:b/>
        </w:rPr>
      </w:pPr>
      <w:bookmarkStart w:id="0" w:name="_GoBack"/>
      <w:bookmarkEnd w:id="0"/>
      <w:r w:rsidRPr="00A5026C">
        <w:rPr>
          <w:b/>
        </w:rPr>
        <w:t>TEKİRDAĞ BÜYÜKŞEHİR BELEDİYESİ</w:t>
      </w:r>
      <w:r w:rsidRPr="00A5026C">
        <w:rPr>
          <w:b/>
        </w:rPr>
        <w:br/>
        <w:t>ÇOCUK MECLİSİ YÖNERGESİ</w:t>
      </w:r>
      <w:r w:rsidR="00D813D2">
        <w:rPr>
          <w:b/>
        </w:rPr>
        <w:t xml:space="preserve"> </w:t>
      </w:r>
    </w:p>
    <w:p w:rsidR="002B35E3" w:rsidRPr="009D1E88" w:rsidRDefault="002B35E3" w:rsidP="00A5026C"/>
    <w:p w:rsidR="002B35E3" w:rsidRPr="00A5026C" w:rsidRDefault="00F843E8" w:rsidP="00A5026C">
      <w:pPr>
        <w:jc w:val="center"/>
        <w:rPr>
          <w:b/>
        </w:rPr>
      </w:pPr>
      <w:r w:rsidRPr="00A5026C">
        <w:rPr>
          <w:b/>
          <w:sz w:val="24"/>
        </w:rPr>
        <w:t>BİRİNCİ BÖLÜM</w:t>
      </w:r>
      <w:r w:rsidRPr="00A5026C">
        <w:rPr>
          <w:b/>
          <w:sz w:val="24"/>
        </w:rPr>
        <w:br/>
        <w:t>Amaç, Kapsam, Dayanak ve Tanımlar</w:t>
      </w:r>
    </w:p>
    <w:p w:rsidR="002A677F" w:rsidRPr="00A5026C" w:rsidRDefault="00941308" w:rsidP="00A5026C">
      <w:pPr>
        <w:rPr>
          <w:b/>
          <w:sz w:val="24"/>
          <w:szCs w:val="24"/>
        </w:rPr>
      </w:pPr>
      <w:r w:rsidRPr="00A5026C">
        <w:rPr>
          <w:b/>
          <w:sz w:val="24"/>
          <w:szCs w:val="24"/>
        </w:rPr>
        <w:t>MADDE</w:t>
      </w:r>
      <w:r w:rsidR="00A5026C" w:rsidRPr="00A5026C">
        <w:rPr>
          <w:b/>
          <w:sz w:val="24"/>
          <w:szCs w:val="24"/>
        </w:rPr>
        <w:t xml:space="preserve"> 1- Amaç</w:t>
      </w:r>
    </w:p>
    <w:p w:rsidR="002A20DE" w:rsidRPr="00A5026C" w:rsidRDefault="00F843E8" w:rsidP="00073F3F">
      <w:pPr>
        <w:pStyle w:val="ListeParagraf"/>
        <w:numPr>
          <w:ilvl w:val="0"/>
          <w:numId w:val="7"/>
        </w:numPr>
        <w:jc w:val="both"/>
        <w:rPr>
          <w:sz w:val="24"/>
          <w:szCs w:val="24"/>
        </w:rPr>
      </w:pPr>
      <w:r w:rsidRPr="00A5026C">
        <w:rPr>
          <w:sz w:val="24"/>
          <w:szCs w:val="24"/>
        </w:rPr>
        <w:t xml:space="preserve">Bu Yönergenin amacı; </w:t>
      </w:r>
      <w:r w:rsidR="00AA76BB" w:rsidRPr="00A5026C">
        <w:rPr>
          <w:sz w:val="24"/>
          <w:szCs w:val="24"/>
        </w:rPr>
        <w:t>Tekirdağ il sınırları içerisinde yaşayan çocukların yerel yönetim süreçlerine etkin ve anlamlı katılımlarını sağlamak, çocukların görüş, öneri ve ihtiyaçlarını özgürce ifade edebilecekleri kurumsal bir katılım mekanizması oluşturmak, çocuklarda demokratik katılım, sorumluluk ve çocuk hakları bilincini geliştirmek amacıyla oluşturulan Tekirdağ Büyükşehir Belediyesi Çocuk Meclisinin kuruluşuna, görevlerine, organlarına, üyelik ve seçim süreçlerine, çalışma usul ve esaslarına ilişkin hükümleri düzenlemektir.</w:t>
      </w:r>
    </w:p>
    <w:p w:rsidR="00A87BE9" w:rsidRPr="00A5026C" w:rsidRDefault="00A87BE9" w:rsidP="00A5026C">
      <w:pPr>
        <w:rPr>
          <w:b/>
          <w:sz w:val="24"/>
          <w:szCs w:val="24"/>
        </w:rPr>
      </w:pPr>
      <w:r w:rsidRPr="00A5026C">
        <w:rPr>
          <w:b/>
          <w:sz w:val="24"/>
          <w:szCs w:val="24"/>
        </w:rPr>
        <w:t xml:space="preserve">MADDE 2 </w:t>
      </w:r>
      <w:r w:rsidR="00A5026C" w:rsidRPr="00A5026C">
        <w:rPr>
          <w:b/>
          <w:sz w:val="24"/>
          <w:szCs w:val="24"/>
        </w:rPr>
        <w:t>- Kapsam</w:t>
      </w:r>
    </w:p>
    <w:p w:rsidR="002A20DE" w:rsidRPr="00A5026C" w:rsidRDefault="00691229" w:rsidP="00073F3F">
      <w:pPr>
        <w:pStyle w:val="ListeParagraf"/>
        <w:numPr>
          <w:ilvl w:val="0"/>
          <w:numId w:val="8"/>
        </w:numPr>
        <w:jc w:val="both"/>
        <w:rPr>
          <w:sz w:val="24"/>
          <w:szCs w:val="24"/>
        </w:rPr>
      </w:pPr>
      <w:r w:rsidRPr="00A5026C">
        <w:rPr>
          <w:sz w:val="24"/>
          <w:szCs w:val="24"/>
        </w:rPr>
        <w:t xml:space="preserve">Bu Yönerge; </w:t>
      </w:r>
      <w:r w:rsidR="00AA76BB" w:rsidRPr="00A5026C">
        <w:rPr>
          <w:sz w:val="24"/>
          <w:szCs w:val="24"/>
        </w:rPr>
        <w:t>Tekirdağ Büyükşehir Belediyesi Çocuk Meclisinin kuruluşunu, oluşumunu, üyelik şartlarını, görev ve yetkilerini, organlarını, seçim süreçlerini, toplantı ve karar alma usullerini, komisyon çalışmalarını, Belediye birimleriyle ilişkilerini, etik ve güvenli katılım ilkelerini, kayıt, izleme ve raporlama işlemlerini kapsar.</w:t>
      </w:r>
    </w:p>
    <w:p w:rsidR="00A87BE9" w:rsidRPr="00A5026C" w:rsidRDefault="001C3714" w:rsidP="00A5026C">
      <w:pPr>
        <w:rPr>
          <w:b/>
          <w:sz w:val="24"/>
          <w:szCs w:val="24"/>
        </w:rPr>
      </w:pPr>
      <w:r w:rsidRPr="00A5026C">
        <w:rPr>
          <w:b/>
          <w:sz w:val="24"/>
          <w:szCs w:val="24"/>
        </w:rPr>
        <w:t>M</w:t>
      </w:r>
      <w:r w:rsidR="00A87BE9" w:rsidRPr="00A5026C">
        <w:rPr>
          <w:b/>
          <w:sz w:val="24"/>
          <w:szCs w:val="24"/>
        </w:rPr>
        <w:t>ADDE 3</w:t>
      </w:r>
      <w:r w:rsidR="00A5026C" w:rsidRPr="00A5026C">
        <w:rPr>
          <w:b/>
          <w:sz w:val="24"/>
          <w:szCs w:val="24"/>
        </w:rPr>
        <w:t xml:space="preserve"> - Dayanak</w:t>
      </w:r>
      <w:r w:rsidR="00A87BE9" w:rsidRPr="00A5026C">
        <w:rPr>
          <w:b/>
          <w:sz w:val="24"/>
          <w:szCs w:val="24"/>
        </w:rPr>
        <w:t xml:space="preserve"> </w:t>
      </w:r>
    </w:p>
    <w:p w:rsidR="00A5026C" w:rsidRDefault="00F843E8" w:rsidP="00073F3F">
      <w:pPr>
        <w:pStyle w:val="ListeParagraf"/>
        <w:numPr>
          <w:ilvl w:val="0"/>
          <w:numId w:val="9"/>
        </w:numPr>
        <w:jc w:val="both"/>
        <w:rPr>
          <w:sz w:val="24"/>
          <w:szCs w:val="24"/>
        </w:rPr>
      </w:pPr>
      <w:r w:rsidRPr="00A5026C">
        <w:rPr>
          <w:sz w:val="24"/>
          <w:szCs w:val="24"/>
        </w:rPr>
        <w:t xml:space="preserve">Bu Yönerge; </w:t>
      </w:r>
      <w:r w:rsidR="00AA76BB" w:rsidRPr="00A5026C">
        <w:rPr>
          <w:sz w:val="24"/>
          <w:szCs w:val="24"/>
        </w:rPr>
        <w:t xml:space="preserve">5393 sayılı Belediye Kanunun 13 üncü, 14 üncü ve 77 inci maddeleri ile 5216 sayılı Büyükşehir </w:t>
      </w:r>
      <w:r w:rsidR="00904175" w:rsidRPr="00A5026C">
        <w:rPr>
          <w:sz w:val="24"/>
          <w:szCs w:val="24"/>
        </w:rPr>
        <w:t>Belediyesi Kanunun ilgili hükümlerine dayanılarak hazırlanmış; Birleşmiş Milletler Çocuk Haklarına Dair Sözleşme, Türkiye Çocuk Hakları Strateji Belgesi ve Eylem Planı (2023-2028) ile çocuk haklarına ilişkin ilgili ulusal düzenlemeler dikkate alınarak düzenlenmiştir.</w:t>
      </w:r>
    </w:p>
    <w:p w:rsidR="00A87BE9" w:rsidRPr="00A5026C" w:rsidRDefault="001C3714" w:rsidP="00A5026C">
      <w:pPr>
        <w:rPr>
          <w:b/>
          <w:sz w:val="24"/>
          <w:szCs w:val="24"/>
        </w:rPr>
      </w:pPr>
      <w:r w:rsidRPr="00A5026C">
        <w:rPr>
          <w:b/>
          <w:sz w:val="24"/>
          <w:szCs w:val="24"/>
        </w:rPr>
        <w:t>MADDE 4</w:t>
      </w:r>
      <w:r w:rsidR="00A5026C" w:rsidRPr="00A5026C">
        <w:rPr>
          <w:b/>
          <w:sz w:val="24"/>
          <w:szCs w:val="24"/>
        </w:rPr>
        <w:t xml:space="preserve"> - Tanımlar</w:t>
      </w:r>
      <w:r w:rsidRPr="00A5026C">
        <w:rPr>
          <w:b/>
          <w:sz w:val="24"/>
          <w:szCs w:val="24"/>
        </w:rPr>
        <w:t xml:space="preserve"> </w:t>
      </w:r>
    </w:p>
    <w:p w:rsidR="002B35E3" w:rsidRPr="00A5026C" w:rsidRDefault="00F843E8" w:rsidP="00431318">
      <w:pPr>
        <w:pStyle w:val="ListeParagraf"/>
        <w:numPr>
          <w:ilvl w:val="0"/>
          <w:numId w:val="10"/>
        </w:numPr>
        <w:rPr>
          <w:sz w:val="24"/>
          <w:szCs w:val="24"/>
        </w:rPr>
      </w:pPr>
      <w:r w:rsidRPr="00A5026C">
        <w:rPr>
          <w:sz w:val="24"/>
          <w:szCs w:val="24"/>
        </w:rPr>
        <w:t>Bu Yönergede geçen</w:t>
      </w:r>
      <w:r w:rsidR="00904175" w:rsidRPr="00A5026C">
        <w:rPr>
          <w:sz w:val="24"/>
          <w:szCs w:val="24"/>
        </w:rPr>
        <w:t>;</w:t>
      </w:r>
      <w:r w:rsidRPr="00A5026C">
        <w:rPr>
          <w:sz w:val="24"/>
          <w:szCs w:val="24"/>
        </w:rPr>
        <w:t xml:space="preserve"> </w:t>
      </w:r>
    </w:p>
    <w:p w:rsidR="00904175" w:rsidRPr="00A5026C" w:rsidRDefault="00904175" w:rsidP="00883A1C">
      <w:pPr>
        <w:pStyle w:val="ListeParagraf"/>
        <w:numPr>
          <w:ilvl w:val="0"/>
          <w:numId w:val="11"/>
        </w:numPr>
        <w:jc w:val="both"/>
        <w:rPr>
          <w:sz w:val="24"/>
          <w:szCs w:val="24"/>
        </w:rPr>
      </w:pPr>
      <w:r w:rsidRPr="00A5026C">
        <w:rPr>
          <w:sz w:val="24"/>
          <w:szCs w:val="24"/>
        </w:rPr>
        <w:t>Belediye: Tekirdağ Büyükşehir Belediyesini,</w:t>
      </w:r>
    </w:p>
    <w:p w:rsidR="00904175" w:rsidRDefault="00904175" w:rsidP="00883A1C">
      <w:pPr>
        <w:pStyle w:val="ListeParagraf"/>
        <w:numPr>
          <w:ilvl w:val="0"/>
          <w:numId w:val="11"/>
        </w:numPr>
        <w:jc w:val="both"/>
        <w:rPr>
          <w:sz w:val="24"/>
          <w:szCs w:val="24"/>
        </w:rPr>
      </w:pPr>
      <w:r w:rsidRPr="00A5026C">
        <w:rPr>
          <w:sz w:val="24"/>
          <w:szCs w:val="24"/>
        </w:rPr>
        <w:t>Belediye Başkanı: Tekirdağ Büyükşehir Belediye Başkanını,</w:t>
      </w:r>
    </w:p>
    <w:p w:rsidR="00073F3F" w:rsidRDefault="00883A1C" w:rsidP="00883A1C">
      <w:pPr>
        <w:pStyle w:val="ListeParagraf"/>
        <w:numPr>
          <w:ilvl w:val="0"/>
          <w:numId w:val="11"/>
        </w:numPr>
        <w:jc w:val="both"/>
        <w:rPr>
          <w:sz w:val="24"/>
          <w:szCs w:val="24"/>
        </w:rPr>
      </w:pPr>
      <w:r>
        <w:rPr>
          <w:sz w:val="24"/>
          <w:szCs w:val="24"/>
        </w:rPr>
        <w:t>Daire Başkanlığı</w:t>
      </w:r>
      <w:r w:rsidR="00073F3F">
        <w:rPr>
          <w:sz w:val="24"/>
          <w:szCs w:val="24"/>
        </w:rPr>
        <w:t>: Sağlık ve Sosyal Hizmetler Dairesi Başkanlığını,</w:t>
      </w:r>
    </w:p>
    <w:p w:rsidR="00073F3F" w:rsidRPr="00A5026C" w:rsidRDefault="00073F3F" w:rsidP="00883A1C">
      <w:pPr>
        <w:pStyle w:val="ListeParagraf"/>
        <w:numPr>
          <w:ilvl w:val="0"/>
          <w:numId w:val="11"/>
        </w:numPr>
        <w:jc w:val="both"/>
        <w:rPr>
          <w:sz w:val="24"/>
          <w:szCs w:val="24"/>
        </w:rPr>
      </w:pPr>
      <w:r>
        <w:rPr>
          <w:sz w:val="24"/>
          <w:szCs w:val="24"/>
        </w:rPr>
        <w:t>Şube Müdürlüğü: Kadın ve Aile Hizmetleri Şube Müdürlüğünü,</w:t>
      </w:r>
    </w:p>
    <w:p w:rsidR="00904175" w:rsidRPr="00A5026C" w:rsidRDefault="00904175" w:rsidP="00883A1C">
      <w:pPr>
        <w:pStyle w:val="ListeParagraf"/>
        <w:numPr>
          <w:ilvl w:val="0"/>
          <w:numId w:val="11"/>
        </w:numPr>
        <w:jc w:val="both"/>
        <w:rPr>
          <w:sz w:val="24"/>
          <w:szCs w:val="24"/>
        </w:rPr>
      </w:pPr>
      <w:r w:rsidRPr="00A5026C">
        <w:rPr>
          <w:sz w:val="24"/>
          <w:szCs w:val="24"/>
        </w:rPr>
        <w:t>Çocuk Meclisi: Tekirdağ Büyükşehir Belediyesi bünyesinde çocukların görüş, öneri ve taleplerini ifade edebilecekleri katılımcı yapıyı,</w:t>
      </w:r>
    </w:p>
    <w:p w:rsidR="00904175" w:rsidRPr="00A5026C" w:rsidRDefault="00904175" w:rsidP="00883A1C">
      <w:pPr>
        <w:pStyle w:val="ListeParagraf"/>
        <w:numPr>
          <w:ilvl w:val="0"/>
          <w:numId w:val="11"/>
        </w:numPr>
        <w:jc w:val="both"/>
        <w:rPr>
          <w:sz w:val="24"/>
          <w:szCs w:val="24"/>
        </w:rPr>
      </w:pPr>
      <w:r w:rsidRPr="00A5026C">
        <w:rPr>
          <w:sz w:val="24"/>
          <w:szCs w:val="24"/>
        </w:rPr>
        <w:t>Çocuk: Tekirdağ il sınırları içerisinde ikamet eden, 9 yaşını tamamlamış ve 14 yaşını doldurmamış bireyi,</w:t>
      </w:r>
    </w:p>
    <w:p w:rsidR="00904175" w:rsidRPr="00A5026C" w:rsidRDefault="00904175" w:rsidP="00883A1C">
      <w:pPr>
        <w:pStyle w:val="ListeParagraf"/>
        <w:numPr>
          <w:ilvl w:val="0"/>
          <w:numId w:val="11"/>
        </w:numPr>
        <w:jc w:val="both"/>
        <w:rPr>
          <w:sz w:val="24"/>
          <w:szCs w:val="24"/>
        </w:rPr>
      </w:pPr>
      <w:r w:rsidRPr="00A5026C">
        <w:rPr>
          <w:sz w:val="24"/>
          <w:szCs w:val="24"/>
        </w:rPr>
        <w:t>Genel Kurul: Çocuk Meclisine kayıtlı üyelerin tamamından oluşan en üst karar organını,</w:t>
      </w:r>
    </w:p>
    <w:p w:rsidR="00904175" w:rsidRPr="00A5026C" w:rsidRDefault="00904175" w:rsidP="00883A1C">
      <w:pPr>
        <w:pStyle w:val="ListeParagraf"/>
        <w:numPr>
          <w:ilvl w:val="0"/>
          <w:numId w:val="11"/>
        </w:numPr>
        <w:jc w:val="both"/>
        <w:rPr>
          <w:sz w:val="24"/>
          <w:szCs w:val="24"/>
        </w:rPr>
      </w:pPr>
      <w:r w:rsidRPr="00A5026C">
        <w:rPr>
          <w:sz w:val="24"/>
          <w:szCs w:val="24"/>
        </w:rPr>
        <w:t>Meclis Başkanı: Genel kurul tarafından seçilen ve Çocuk Meclisini temsil eden çocuğu,</w:t>
      </w:r>
    </w:p>
    <w:p w:rsidR="00904175" w:rsidRPr="00A5026C" w:rsidRDefault="00904175" w:rsidP="00883A1C">
      <w:pPr>
        <w:pStyle w:val="ListeParagraf"/>
        <w:numPr>
          <w:ilvl w:val="0"/>
          <w:numId w:val="11"/>
        </w:numPr>
        <w:jc w:val="both"/>
        <w:rPr>
          <w:sz w:val="24"/>
          <w:szCs w:val="24"/>
        </w:rPr>
      </w:pPr>
      <w:r w:rsidRPr="00A5026C">
        <w:rPr>
          <w:sz w:val="24"/>
          <w:szCs w:val="24"/>
        </w:rPr>
        <w:lastRenderedPageBreak/>
        <w:t>Yürütme Ekibi: Bir Meclis Başkanı, iki Başkan Yardımcısı, bir Rapor</w:t>
      </w:r>
      <w:r w:rsidR="00F147DF" w:rsidRPr="00A5026C">
        <w:rPr>
          <w:sz w:val="24"/>
          <w:szCs w:val="24"/>
        </w:rPr>
        <w:t>tör ve üç üyeden</w:t>
      </w:r>
      <w:r w:rsidR="00A5026C">
        <w:rPr>
          <w:sz w:val="24"/>
          <w:szCs w:val="24"/>
        </w:rPr>
        <w:t xml:space="preserve"> </w:t>
      </w:r>
      <w:r w:rsidRPr="00A5026C">
        <w:rPr>
          <w:sz w:val="24"/>
          <w:szCs w:val="24"/>
        </w:rPr>
        <w:t>oluşan yedi kişilik yürütme organını,</w:t>
      </w:r>
    </w:p>
    <w:p w:rsidR="00904175" w:rsidRPr="00A5026C" w:rsidRDefault="00904175" w:rsidP="00883A1C">
      <w:pPr>
        <w:pStyle w:val="ListeParagraf"/>
        <w:numPr>
          <w:ilvl w:val="0"/>
          <w:numId w:val="11"/>
        </w:numPr>
        <w:jc w:val="both"/>
        <w:rPr>
          <w:sz w:val="24"/>
          <w:szCs w:val="24"/>
        </w:rPr>
      </w:pPr>
      <w:r w:rsidRPr="00A5026C">
        <w:rPr>
          <w:sz w:val="24"/>
          <w:szCs w:val="24"/>
        </w:rPr>
        <w:t xml:space="preserve">Başkan Yardımcısı: Meclis </w:t>
      </w:r>
      <w:r w:rsidR="002F555E" w:rsidRPr="00A5026C">
        <w:rPr>
          <w:sz w:val="24"/>
          <w:szCs w:val="24"/>
        </w:rPr>
        <w:t>Başkanına görevlerinde yardımcı olan ve Başkanın bulunmadığı durumlarda kendisine vekalet eden üyeyi,</w:t>
      </w:r>
    </w:p>
    <w:p w:rsidR="002F555E" w:rsidRPr="00A5026C" w:rsidRDefault="002F555E" w:rsidP="00883A1C">
      <w:pPr>
        <w:pStyle w:val="ListeParagraf"/>
        <w:numPr>
          <w:ilvl w:val="0"/>
          <w:numId w:val="11"/>
        </w:numPr>
        <w:jc w:val="both"/>
        <w:rPr>
          <w:sz w:val="24"/>
          <w:szCs w:val="24"/>
        </w:rPr>
      </w:pPr>
      <w:r w:rsidRPr="00A5026C">
        <w:rPr>
          <w:sz w:val="24"/>
          <w:szCs w:val="24"/>
        </w:rPr>
        <w:t xml:space="preserve">Raportör (Katip Üye): Toplantı tutanakları ve karar kayıtlarının hazırlanmasına destek olan üyeyi, </w:t>
      </w:r>
    </w:p>
    <w:p w:rsidR="002F555E" w:rsidRPr="00A5026C" w:rsidRDefault="002F555E" w:rsidP="00883A1C">
      <w:pPr>
        <w:pStyle w:val="ListeParagraf"/>
        <w:numPr>
          <w:ilvl w:val="0"/>
          <w:numId w:val="11"/>
        </w:numPr>
        <w:jc w:val="both"/>
        <w:rPr>
          <w:sz w:val="24"/>
          <w:szCs w:val="24"/>
        </w:rPr>
      </w:pPr>
      <w:r w:rsidRPr="00A5026C">
        <w:rPr>
          <w:sz w:val="24"/>
          <w:szCs w:val="24"/>
        </w:rPr>
        <w:t>Komisyon: Belirli çalışma alanlarında hazırlık, inceleme ve öneri çalışmaları yapan çalışma grubunu,</w:t>
      </w:r>
    </w:p>
    <w:p w:rsidR="002F555E" w:rsidRPr="00A5026C" w:rsidRDefault="002F555E" w:rsidP="00883A1C">
      <w:pPr>
        <w:pStyle w:val="ListeParagraf"/>
        <w:numPr>
          <w:ilvl w:val="0"/>
          <w:numId w:val="11"/>
        </w:numPr>
        <w:jc w:val="both"/>
        <w:rPr>
          <w:sz w:val="24"/>
          <w:szCs w:val="24"/>
        </w:rPr>
      </w:pPr>
      <w:r w:rsidRPr="00A5026C">
        <w:rPr>
          <w:sz w:val="24"/>
          <w:szCs w:val="24"/>
        </w:rPr>
        <w:t>Danışma Kurulu: Çocuk Meclisi çalışmalarını çocuk hakları, gelişimsel uygunluk ve güvenli katılım yönünden destekleyen yapıyı,</w:t>
      </w:r>
    </w:p>
    <w:p w:rsidR="002F555E" w:rsidRPr="00A5026C" w:rsidRDefault="002F555E" w:rsidP="00883A1C">
      <w:pPr>
        <w:pStyle w:val="ListeParagraf"/>
        <w:numPr>
          <w:ilvl w:val="0"/>
          <w:numId w:val="11"/>
        </w:numPr>
        <w:jc w:val="both"/>
        <w:rPr>
          <w:sz w:val="24"/>
          <w:szCs w:val="24"/>
        </w:rPr>
      </w:pPr>
      <w:r w:rsidRPr="00A5026C">
        <w:rPr>
          <w:sz w:val="24"/>
          <w:szCs w:val="24"/>
        </w:rPr>
        <w:t xml:space="preserve">Çocuk Katılım Havuzu: Çocuk Meclisine katılmak isteyen çocukların başvurularının kayıt altına alındığı katılım alanını, </w:t>
      </w:r>
    </w:p>
    <w:p w:rsidR="002F555E" w:rsidRPr="00A5026C" w:rsidRDefault="002F555E" w:rsidP="00883A1C">
      <w:pPr>
        <w:pStyle w:val="ListeParagraf"/>
        <w:numPr>
          <w:ilvl w:val="0"/>
          <w:numId w:val="11"/>
        </w:numPr>
        <w:jc w:val="both"/>
        <w:rPr>
          <w:sz w:val="24"/>
          <w:szCs w:val="24"/>
        </w:rPr>
      </w:pPr>
      <w:r w:rsidRPr="00A5026C">
        <w:rPr>
          <w:sz w:val="24"/>
          <w:szCs w:val="24"/>
        </w:rPr>
        <w:t xml:space="preserve">Müdürlük: Kadın ve Aile Hizmetleri Şube Müdürlüğünü, </w:t>
      </w:r>
    </w:p>
    <w:p w:rsidR="002F555E" w:rsidRPr="00A5026C" w:rsidRDefault="002F555E" w:rsidP="00883A1C">
      <w:pPr>
        <w:pStyle w:val="ListeParagraf"/>
        <w:numPr>
          <w:ilvl w:val="0"/>
          <w:numId w:val="11"/>
        </w:numPr>
        <w:jc w:val="both"/>
        <w:rPr>
          <w:sz w:val="24"/>
          <w:szCs w:val="24"/>
        </w:rPr>
      </w:pPr>
      <w:r w:rsidRPr="00A5026C">
        <w:rPr>
          <w:sz w:val="24"/>
          <w:szCs w:val="24"/>
        </w:rPr>
        <w:t xml:space="preserve">Çalışma Dönemi: Çocuk Meclisinin bir yıllık faaliyet dönemini, </w:t>
      </w:r>
    </w:p>
    <w:p w:rsidR="002F555E" w:rsidRPr="0041743D" w:rsidRDefault="002F555E" w:rsidP="00883A1C">
      <w:pPr>
        <w:pStyle w:val="ListeParagraf"/>
        <w:numPr>
          <w:ilvl w:val="0"/>
          <w:numId w:val="11"/>
        </w:numPr>
        <w:jc w:val="both"/>
        <w:rPr>
          <w:sz w:val="24"/>
          <w:szCs w:val="24"/>
        </w:rPr>
      </w:pPr>
      <w:r w:rsidRPr="00A5026C">
        <w:rPr>
          <w:sz w:val="24"/>
          <w:szCs w:val="24"/>
        </w:rPr>
        <w:t xml:space="preserve">Salt Çoğunluk: Belirli bir sayının </w:t>
      </w:r>
      <w:r w:rsidR="0041743D">
        <w:rPr>
          <w:sz w:val="24"/>
          <w:szCs w:val="24"/>
        </w:rPr>
        <w:t>yarısından fazla olan çoğunluğu i</w:t>
      </w:r>
      <w:r w:rsidRPr="0041743D">
        <w:rPr>
          <w:sz w:val="24"/>
          <w:szCs w:val="24"/>
        </w:rPr>
        <w:t>fade eder.</w:t>
      </w:r>
    </w:p>
    <w:p w:rsidR="00211ABF" w:rsidRPr="00A5026C" w:rsidRDefault="002F555E" w:rsidP="00A5026C">
      <w:pPr>
        <w:rPr>
          <w:b/>
          <w:sz w:val="24"/>
          <w:szCs w:val="24"/>
        </w:rPr>
      </w:pPr>
      <w:r w:rsidRPr="00A5026C">
        <w:rPr>
          <w:b/>
          <w:sz w:val="24"/>
          <w:szCs w:val="24"/>
        </w:rPr>
        <w:t>MADDE 5</w:t>
      </w:r>
      <w:r w:rsidR="00A5026C" w:rsidRPr="00A5026C">
        <w:rPr>
          <w:b/>
          <w:sz w:val="24"/>
          <w:szCs w:val="24"/>
        </w:rPr>
        <w:t xml:space="preserve"> – Temel ilkeler</w:t>
      </w:r>
      <w:r w:rsidRPr="00A5026C">
        <w:rPr>
          <w:b/>
          <w:sz w:val="24"/>
          <w:szCs w:val="24"/>
        </w:rPr>
        <w:t xml:space="preserve">  </w:t>
      </w:r>
    </w:p>
    <w:p w:rsidR="002F555E" w:rsidRPr="00A5026C" w:rsidRDefault="002F555E" w:rsidP="00073F3F">
      <w:pPr>
        <w:pStyle w:val="ListeParagraf"/>
        <w:numPr>
          <w:ilvl w:val="0"/>
          <w:numId w:val="12"/>
        </w:numPr>
        <w:jc w:val="both"/>
        <w:rPr>
          <w:sz w:val="24"/>
          <w:szCs w:val="24"/>
        </w:rPr>
      </w:pPr>
      <w:r w:rsidRPr="00A5026C">
        <w:rPr>
          <w:sz w:val="24"/>
          <w:szCs w:val="24"/>
        </w:rPr>
        <w:t>Çocuk meclisinin tüm çalışmalarında çocuğun üstün yararı, gönüllülük, eşitlik, ayrımcılık yasağı, kapsayıcılık, erişilebilirlik, katılım hakkı, ifade özgürlüğü, şeffaflık, mahremiyet ve güvenli katılım ilkeleri esas alınır.</w:t>
      </w:r>
    </w:p>
    <w:p w:rsidR="002F555E" w:rsidRPr="00A5026C" w:rsidRDefault="002F555E" w:rsidP="00073F3F">
      <w:pPr>
        <w:pStyle w:val="ListeParagraf"/>
        <w:numPr>
          <w:ilvl w:val="0"/>
          <w:numId w:val="12"/>
        </w:numPr>
        <w:jc w:val="both"/>
        <w:rPr>
          <w:sz w:val="24"/>
          <w:szCs w:val="24"/>
        </w:rPr>
      </w:pPr>
      <w:r w:rsidRPr="00A5026C">
        <w:rPr>
          <w:sz w:val="24"/>
          <w:szCs w:val="24"/>
        </w:rPr>
        <w:t xml:space="preserve">Çocukların görüşlerini özgürce ifade etmeleri ve karar süreçlerine </w:t>
      </w:r>
      <w:r w:rsidR="00E80835" w:rsidRPr="00A5026C">
        <w:rPr>
          <w:sz w:val="24"/>
          <w:szCs w:val="24"/>
        </w:rPr>
        <w:t>yaşları ve gelişim düzeylerine uygun biçimden katılmaları sağlanır.</w:t>
      </w:r>
    </w:p>
    <w:p w:rsidR="00211ABF" w:rsidRPr="00EF50DC" w:rsidRDefault="00E80835" w:rsidP="00073F3F">
      <w:pPr>
        <w:pStyle w:val="ListeParagraf"/>
        <w:numPr>
          <w:ilvl w:val="0"/>
          <w:numId w:val="12"/>
        </w:numPr>
        <w:jc w:val="both"/>
        <w:rPr>
          <w:sz w:val="24"/>
          <w:szCs w:val="24"/>
        </w:rPr>
      </w:pPr>
      <w:r w:rsidRPr="00A5026C">
        <w:rPr>
          <w:sz w:val="24"/>
          <w:szCs w:val="24"/>
        </w:rPr>
        <w:t>Çocuk Meclisi herhangi bir siyasi partinin propaganda, tanıtım ve örgütlenme faaliyeti amacıyla kullanılamaz.</w:t>
      </w:r>
    </w:p>
    <w:p w:rsidR="00211ABF" w:rsidRPr="00A5026C" w:rsidRDefault="00211ABF" w:rsidP="00A5026C">
      <w:pPr>
        <w:rPr>
          <w:b/>
          <w:sz w:val="24"/>
        </w:rPr>
      </w:pPr>
      <w:r w:rsidRPr="00A5026C">
        <w:rPr>
          <w:b/>
          <w:sz w:val="24"/>
        </w:rPr>
        <w:t>MADDE 6</w:t>
      </w:r>
      <w:r w:rsidR="00A5026C" w:rsidRPr="00A5026C">
        <w:rPr>
          <w:b/>
          <w:sz w:val="24"/>
        </w:rPr>
        <w:t xml:space="preserve"> - Çocuk Meclisinin Görevleri</w:t>
      </w:r>
    </w:p>
    <w:p w:rsidR="00A5026C" w:rsidRPr="00A5026C" w:rsidRDefault="00F93A43" w:rsidP="00431318">
      <w:pPr>
        <w:pStyle w:val="ListeParagraf"/>
        <w:numPr>
          <w:ilvl w:val="0"/>
          <w:numId w:val="13"/>
        </w:numPr>
        <w:rPr>
          <w:sz w:val="24"/>
        </w:rPr>
      </w:pPr>
      <w:r w:rsidRPr="00A5026C">
        <w:rPr>
          <w:sz w:val="24"/>
        </w:rPr>
        <w:t>Çocuk Meclisinin görevleri şunlardır:</w:t>
      </w:r>
    </w:p>
    <w:p w:rsidR="00027794" w:rsidRPr="00A5026C" w:rsidRDefault="00F93A43" w:rsidP="00883A1C">
      <w:pPr>
        <w:pStyle w:val="ListeParagraf"/>
        <w:numPr>
          <w:ilvl w:val="0"/>
          <w:numId w:val="14"/>
        </w:numPr>
        <w:jc w:val="both"/>
        <w:rPr>
          <w:sz w:val="24"/>
        </w:rPr>
      </w:pPr>
      <w:r w:rsidRPr="00A5026C">
        <w:rPr>
          <w:sz w:val="24"/>
        </w:rPr>
        <w:t>Çocukların kent yaşamına, belediye hizmetlerine ve kendilerini ilgilendiren konulara ilişkin görüş, ihtiyaç ve önerilerini belirlemek ve ilgili mercilere iletmek,</w:t>
      </w:r>
    </w:p>
    <w:p w:rsidR="00790F67" w:rsidRPr="00A5026C" w:rsidRDefault="00F93A43" w:rsidP="00883A1C">
      <w:pPr>
        <w:pStyle w:val="ListeParagraf"/>
        <w:numPr>
          <w:ilvl w:val="0"/>
          <w:numId w:val="14"/>
        </w:numPr>
        <w:jc w:val="both"/>
        <w:rPr>
          <w:sz w:val="24"/>
        </w:rPr>
      </w:pPr>
      <w:r w:rsidRPr="00A5026C">
        <w:rPr>
          <w:sz w:val="24"/>
        </w:rPr>
        <w:t>Çocukların yerel yönetim süreçlerine katılımını güçlendirecek görüş ve öneriler geliştirmek,</w:t>
      </w:r>
    </w:p>
    <w:p w:rsidR="00F93A43" w:rsidRPr="00A5026C" w:rsidRDefault="00F93A43" w:rsidP="00883A1C">
      <w:pPr>
        <w:pStyle w:val="ListeParagraf"/>
        <w:numPr>
          <w:ilvl w:val="0"/>
          <w:numId w:val="14"/>
        </w:numPr>
        <w:jc w:val="both"/>
        <w:rPr>
          <w:sz w:val="24"/>
        </w:rPr>
      </w:pPr>
      <w:r w:rsidRPr="00A5026C">
        <w:rPr>
          <w:sz w:val="24"/>
        </w:rPr>
        <w:t>Çocuk haklarının tanınması, korunması ve yaygınlaştırılmasına yönelik çalışmalar ve öneriler geliştirmek,</w:t>
      </w:r>
    </w:p>
    <w:p w:rsidR="00F93A43" w:rsidRPr="00A5026C" w:rsidRDefault="00F93A43" w:rsidP="00883A1C">
      <w:pPr>
        <w:pStyle w:val="ListeParagraf"/>
        <w:numPr>
          <w:ilvl w:val="0"/>
          <w:numId w:val="14"/>
        </w:numPr>
        <w:jc w:val="both"/>
        <w:rPr>
          <w:sz w:val="24"/>
        </w:rPr>
      </w:pPr>
      <w:r w:rsidRPr="00A5026C">
        <w:rPr>
          <w:sz w:val="24"/>
        </w:rPr>
        <w:t>Çocukların eğitim, kültür, sanat</w:t>
      </w:r>
      <w:r w:rsidR="00CD565A" w:rsidRPr="00A5026C">
        <w:rPr>
          <w:sz w:val="24"/>
        </w:rPr>
        <w:t>, spor, sağlık, çevre, iklimi teknoloji, güvenli internet, sosyal yaşam, ulaşım, erişilebilirlik ve benzeri alanlardaki görüş ve ihtiyaçlarını gündeme taşımak,</w:t>
      </w:r>
    </w:p>
    <w:p w:rsidR="00CD565A" w:rsidRPr="00A5026C" w:rsidRDefault="00CD565A" w:rsidP="00883A1C">
      <w:pPr>
        <w:pStyle w:val="ListeParagraf"/>
        <w:numPr>
          <w:ilvl w:val="0"/>
          <w:numId w:val="14"/>
        </w:numPr>
        <w:jc w:val="both"/>
        <w:rPr>
          <w:sz w:val="24"/>
        </w:rPr>
      </w:pPr>
      <w:r w:rsidRPr="00A5026C">
        <w:rPr>
          <w:sz w:val="24"/>
        </w:rPr>
        <w:t>Çocuk dostu hizmet, proje, etkinlik ve kentsel uygulamalara ilişkin öneriler geliştirmek.</w:t>
      </w:r>
    </w:p>
    <w:p w:rsidR="00CD565A" w:rsidRPr="00A5026C" w:rsidRDefault="00CD565A" w:rsidP="00883A1C">
      <w:pPr>
        <w:pStyle w:val="ListeParagraf"/>
        <w:numPr>
          <w:ilvl w:val="0"/>
          <w:numId w:val="14"/>
        </w:numPr>
        <w:jc w:val="both"/>
        <w:rPr>
          <w:sz w:val="24"/>
        </w:rPr>
      </w:pPr>
      <w:r w:rsidRPr="00A5026C">
        <w:rPr>
          <w:sz w:val="24"/>
        </w:rPr>
        <w:t xml:space="preserve">Belediye </w:t>
      </w:r>
      <w:r w:rsidR="00AF14F6" w:rsidRPr="00A5026C">
        <w:rPr>
          <w:sz w:val="24"/>
        </w:rPr>
        <w:t>tarafından çocukları doğrudan ilgilendiren konularda görüş talep edilmesi halinde çocukların görüşlerinin oluşturulmasına katkı sağlamak,</w:t>
      </w:r>
    </w:p>
    <w:p w:rsidR="00AF14F6" w:rsidRPr="00A5026C" w:rsidRDefault="00AF14F6" w:rsidP="00431318">
      <w:pPr>
        <w:pStyle w:val="ListeParagraf"/>
        <w:numPr>
          <w:ilvl w:val="0"/>
          <w:numId w:val="14"/>
        </w:numPr>
        <w:rPr>
          <w:sz w:val="24"/>
        </w:rPr>
      </w:pPr>
      <w:r w:rsidRPr="00A5026C">
        <w:rPr>
          <w:sz w:val="24"/>
        </w:rPr>
        <w:t>Çocukların dayanışma, gönüllülük, çevre duyarlılığı, toplumsal sorumluluk ve demokratik katılım bilincini destekleyen çalışmalar geliştirmek.</w:t>
      </w:r>
    </w:p>
    <w:p w:rsidR="00AF14F6" w:rsidRPr="00A5026C" w:rsidRDefault="00AF14F6" w:rsidP="00883A1C">
      <w:pPr>
        <w:pStyle w:val="ListeParagraf"/>
        <w:numPr>
          <w:ilvl w:val="0"/>
          <w:numId w:val="14"/>
        </w:numPr>
        <w:jc w:val="both"/>
        <w:rPr>
          <w:sz w:val="24"/>
        </w:rPr>
      </w:pPr>
      <w:r w:rsidRPr="00A5026C">
        <w:rPr>
          <w:sz w:val="24"/>
        </w:rPr>
        <w:lastRenderedPageBreak/>
        <w:t>Komisyonlar aracılığıyla belirlenen konularda çalışmalar yapmak, öneriler hazırlamak ve bunları Genel Kurulda değerlendirmek.</w:t>
      </w:r>
    </w:p>
    <w:p w:rsidR="009F6680" w:rsidRPr="006412B6" w:rsidRDefault="00AF14F6" w:rsidP="00883A1C">
      <w:pPr>
        <w:pStyle w:val="ListeParagraf"/>
        <w:numPr>
          <w:ilvl w:val="0"/>
          <w:numId w:val="14"/>
        </w:numPr>
        <w:jc w:val="both"/>
        <w:rPr>
          <w:sz w:val="24"/>
        </w:rPr>
      </w:pPr>
      <w:r w:rsidRPr="00A5026C">
        <w:rPr>
          <w:sz w:val="24"/>
        </w:rPr>
        <w:t>Çocukların kent yönetimine ilişkin görüş ve önerilerinin ilgili Belediye birimlerine aktarılması sağlamak amacıyla kararlar almak.</w:t>
      </w:r>
    </w:p>
    <w:p w:rsidR="009F6680" w:rsidRDefault="009F6680" w:rsidP="00A5026C">
      <w:pPr>
        <w:rPr>
          <w:sz w:val="24"/>
        </w:rPr>
      </w:pPr>
    </w:p>
    <w:p w:rsidR="009D1E88" w:rsidRPr="00EF50DC" w:rsidRDefault="00F843E8" w:rsidP="00EF50DC">
      <w:pPr>
        <w:jc w:val="center"/>
        <w:rPr>
          <w:b/>
          <w:sz w:val="24"/>
        </w:rPr>
      </w:pPr>
      <w:r w:rsidRPr="006412B6">
        <w:rPr>
          <w:b/>
          <w:sz w:val="24"/>
        </w:rPr>
        <w:t>İKİNCİ BÖLÜM</w:t>
      </w:r>
      <w:r w:rsidRPr="006412B6">
        <w:rPr>
          <w:b/>
          <w:sz w:val="24"/>
        </w:rPr>
        <w:br/>
        <w:t>Katılımın Oluşturulması, Üyelik Süreci ve Üyeliğin Sona Ermesi</w:t>
      </w:r>
    </w:p>
    <w:p w:rsidR="009F6680" w:rsidRPr="006412B6" w:rsidRDefault="00211ABF" w:rsidP="00A5026C">
      <w:pPr>
        <w:rPr>
          <w:b/>
          <w:sz w:val="24"/>
          <w:szCs w:val="24"/>
        </w:rPr>
      </w:pPr>
      <w:r w:rsidRPr="006412B6">
        <w:rPr>
          <w:b/>
          <w:sz w:val="24"/>
          <w:szCs w:val="24"/>
        </w:rPr>
        <w:t>MADDE 7</w:t>
      </w:r>
      <w:r w:rsidR="009F6680" w:rsidRPr="006412B6">
        <w:rPr>
          <w:b/>
          <w:sz w:val="24"/>
          <w:szCs w:val="24"/>
        </w:rPr>
        <w:t xml:space="preserve"> </w:t>
      </w:r>
      <w:r w:rsidR="006412B6" w:rsidRPr="006412B6">
        <w:rPr>
          <w:b/>
          <w:sz w:val="24"/>
          <w:szCs w:val="24"/>
        </w:rPr>
        <w:t xml:space="preserve">- Başvuru Döneminin İlanı </w:t>
      </w:r>
    </w:p>
    <w:p w:rsidR="002B35E3" w:rsidRPr="006412B6" w:rsidRDefault="00F843E8" w:rsidP="00DA0883">
      <w:pPr>
        <w:pStyle w:val="ListeParagraf"/>
        <w:numPr>
          <w:ilvl w:val="0"/>
          <w:numId w:val="15"/>
        </w:numPr>
        <w:jc w:val="both"/>
        <w:rPr>
          <w:sz w:val="24"/>
          <w:szCs w:val="24"/>
        </w:rPr>
      </w:pPr>
      <w:r w:rsidRPr="006412B6">
        <w:rPr>
          <w:sz w:val="24"/>
          <w:szCs w:val="24"/>
        </w:rPr>
        <w:t xml:space="preserve">Başvuru dönemleri, </w:t>
      </w:r>
      <w:r w:rsidR="00E80835" w:rsidRPr="006412B6">
        <w:rPr>
          <w:sz w:val="24"/>
          <w:szCs w:val="24"/>
        </w:rPr>
        <w:t xml:space="preserve">Sağlık ve </w:t>
      </w:r>
      <w:r w:rsidR="00074DE3" w:rsidRPr="006412B6">
        <w:rPr>
          <w:sz w:val="24"/>
          <w:szCs w:val="24"/>
        </w:rPr>
        <w:t xml:space="preserve">Sosyal Hizmetler Dairesi Başkanlığına </w:t>
      </w:r>
      <w:r w:rsidR="003671DA" w:rsidRPr="006412B6">
        <w:rPr>
          <w:sz w:val="24"/>
          <w:szCs w:val="24"/>
        </w:rPr>
        <w:t>bağlı</w:t>
      </w:r>
      <w:r w:rsidR="00074DE3" w:rsidRPr="006412B6">
        <w:rPr>
          <w:sz w:val="24"/>
          <w:szCs w:val="24"/>
        </w:rPr>
        <w:t xml:space="preserve"> Kadın ve Aile Hizmetleri Şube Müdürlüğü</w:t>
      </w:r>
      <w:r w:rsidRPr="006412B6">
        <w:rPr>
          <w:sz w:val="24"/>
          <w:szCs w:val="24"/>
        </w:rPr>
        <w:t xml:space="preserve"> tarafından yılda en az bir kez planlanır.</w:t>
      </w:r>
    </w:p>
    <w:p w:rsidR="002B35E3" w:rsidRPr="006412B6" w:rsidRDefault="00F843E8" w:rsidP="00DA0883">
      <w:pPr>
        <w:pStyle w:val="ListeParagraf"/>
        <w:numPr>
          <w:ilvl w:val="0"/>
          <w:numId w:val="15"/>
        </w:numPr>
        <w:jc w:val="both"/>
        <w:rPr>
          <w:sz w:val="24"/>
          <w:szCs w:val="24"/>
        </w:rPr>
      </w:pPr>
      <w:r w:rsidRPr="006412B6">
        <w:rPr>
          <w:sz w:val="24"/>
          <w:szCs w:val="24"/>
        </w:rPr>
        <w:t xml:space="preserve">İlan; belediyenin resmî internet sitesi ve sosyal medya hesapları ile </w:t>
      </w:r>
      <w:r w:rsidR="00691229" w:rsidRPr="006412B6">
        <w:rPr>
          <w:sz w:val="24"/>
          <w:szCs w:val="24"/>
        </w:rPr>
        <w:t xml:space="preserve">ilgili diğer duyuru kanalları aracılığıyla </w:t>
      </w:r>
      <w:r w:rsidRPr="006412B6">
        <w:rPr>
          <w:sz w:val="24"/>
          <w:szCs w:val="24"/>
        </w:rPr>
        <w:t>yapılır.</w:t>
      </w:r>
    </w:p>
    <w:p w:rsidR="002A20DE" w:rsidRPr="00B64872" w:rsidRDefault="00F843E8" w:rsidP="00A5026C">
      <w:pPr>
        <w:pStyle w:val="ListeParagraf"/>
        <w:numPr>
          <w:ilvl w:val="0"/>
          <w:numId w:val="15"/>
        </w:numPr>
        <w:jc w:val="both"/>
        <w:rPr>
          <w:sz w:val="24"/>
          <w:szCs w:val="24"/>
        </w:rPr>
      </w:pPr>
      <w:r w:rsidRPr="006412B6">
        <w:rPr>
          <w:sz w:val="24"/>
          <w:szCs w:val="24"/>
        </w:rPr>
        <w:t>İlanda; başvuru tarih aralığı, kontenjan, yaş aralığı, istenecek belgeler, başvuru kanalları ve kura tarihi/şekli açıkça belirtilir.</w:t>
      </w:r>
    </w:p>
    <w:p w:rsidR="006412B6" w:rsidRPr="00DA0883" w:rsidRDefault="00211ABF" w:rsidP="006412B6">
      <w:pPr>
        <w:rPr>
          <w:b/>
          <w:sz w:val="24"/>
          <w:szCs w:val="24"/>
        </w:rPr>
      </w:pPr>
      <w:r w:rsidRPr="00DA0883">
        <w:rPr>
          <w:b/>
          <w:sz w:val="24"/>
          <w:szCs w:val="24"/>
        </w:rPr>
        <w:t>MADDE 8</w:t>
      </w:r>
      <w:r w:rsidR="00652D20" w:rsidRPr="00DA0883">
        <w:rPr>
          <w:b/>
          <w:sz w:val="24"/>
          <w:szCs w:val="24"/>
        </w:rPr>
        <w:t xml:space="preserve"> –</w:t>
      </w:r>
      <w:r w:rsidR="006412B6" w:rsidRPr="00DA0883">
        <w:rPr>
          <w:b/>
          <w:sz w:val="24"/>
          <w:szCs w:val="24"/>
        </w:rPr>
        <w:t xml:space="preserve"> Başvuru Evrakı ve Kabul Şartları </w:t>
      </w:r>
    </w:p>
    <w:p w:rsidR="002B35E3" w:rsidRPr="006412B6" w:rsidRDefault="00F843E8" w:rsidP="00DA0883">
      <w:pPr>
        <w:pStyle w:val="ListeParagraf"/>
        <w:numPr>
          <w:ilvl w:val="0"/>
          <w:numId w:val="16"/>
        </w:numPr>
        <w:jc w:val="both"/>
        <w:rPr>
          <w:sz w:val="24"/>
          <w:szCs w:val="24"/>
        </w:rPr>
      </w:pPr>
      <w:r w:rsidRPr="006412B6">
        <w:rPr>
          <w:sz w:val="24"/>
          <w:szCs w:val="24"/>
        </w:rPr>
        <w:t>Başvurular; başvuru formu, veli/vasi yazılı onayı, gerekli bilgilendirme ve aydınlatma metinlerinin onayı ile alınır.</w:t>
      </w:r>
    </w:p>
    <w:p w:rsidR="00652D20" w:rsidRPr="006412B6" w:rsidRDefault="00691229" w:rsidP="00DA0883">
      <w:pPr>
        <w:pStyle w:val="ListeParagraf"/>
        <w:numPr>
          <w:ilvl w:val="0"/>
          <w:numId w:val="16"/>
        </w:numPr>
        <w:jc w:val="both"/>
        <w:rPr>
          <w:sz w:val="24"/>
          <w:szCs w:val="24"/>
        </w:rPr>
      </w:pPr>
      <w:r w:rsidRPr="006412B6">
        <w:rPr>
          <w:sz w:val="24"/>
          <w:szCs w:val="24"/>
        </w:rPr>
        <w:t>Başvuru kabul şartları şunlardır.</w:t>
      </w:r>
      <w:r w:rsidR="00F843E8" w:rsidRPr="006412B6">
        <w:rPr>
          <w:sz w:val="24"/>
          <w:szCs w:val="24"/>
        </w:rPr>
        <w:t xml:space="preserve"> </w:t>
      </w:r>
    </w:p>
    <w:p w:rsidR="00652D20" w:rsidRPr="006412B6" w:rsidRDefault="00F843E8" w:rsidP="00DA0883">
      <w:pPr>
        <w:pStyle w:val="ListeParagraf"/>
        <w:numPr>
          <w:ilvl w:val="0"/>
          <w:numId w:val="17"/>
        </w:numPr>
        <w:jc w:val="both"/>
        <w:rPr>
          <w:sz w:val="24"/>
          <w:szCs w:val="24"/>
        </w:rPr>
      </w:pPr>
      <w:r w:rsidRPr="006412B6">
        <w:rPr>
          <w:sz w:val="24"/>
          <w:szCs w:val="24"/>
        </w:rPr>
        <w:t>Tekirdağ il sınır</w:t>
      </w:r>
      <w:r w:rsidR="00652D20" w:rsidRPr="006412B6">
        <w:rPr>
          <w:sz w:val="24"/>
          <w:szCs w:val="24"/>
        </w:rPr>
        <w:t>ları içinde ikamet etmek,</w:t>
      </w:r>
    </w:p>
    <w:p w:rsidR="00652D20" w:rsidRPr="006412B6" w:rsidRDefault="00F843E8" w:rsidP="00DA0883">
      <w:pPr>
        <w:pStyle w:val="ListeParagraf"/>
        <w:numPr>
          <w:ilvl w:val="0"/>
          <w:numId w:val="17"/>
        </w:numPr>
        <w:jc w:val="both"/>
        <w:rPr>
          <w:sz w:val="24"/>
          <w:szCs w:val="24"/>
        </w:rPr>
      </w:pPr>
      <w:r w:rsidRPr="006412B6">
        <w:rPr>
          <w:sz w:val="24"/>
          <w:szCs w:val="24"/>
        </w:rPr>
        <w:t>9 yaşını tamamlamış ve 14</w:t>
      </w:r>
      <w:r w:rsidR="00652D20" w:rsidRPr="006412B6">
        <w:rPr>
          <w:sz w:val="24"/>
          <w:szCs w:val="24"/>
        </w:rPr>
        <w:t xml:space="preserve"> yaşını doldurmamış olmak, </w:t>
      </w:r>
    </w:p>
    <w:p w:rsidR="00652D20" w:rsidRPr="006412B6" w:rsidRDefault="00652D20" w:rsidP="00DA0883">
      <w:pPr>
        <w:pStyle w:val="ListeParagraf"/>
        <w:numPr>
          <w:ilvl w:val="0"/>
          <w:numId w:val="17"/>
        </w:numPr>
        <w:jc w:val="both"/>
        <w:rPr>
          <w:sz w:val="24"/>
          <w:szCs w:val="24"/>
        </w:rPr>
      </w:pPr>
      <w:r w:rsidRPr="006412B6">
        <w:rPr>
          <w:sz w:val="24"/>
          <w:szCs w:val="24"/>
        </w:rPr>
        <w:t xml:space="preserve">Başvuru formunu doldurmak, </w:t>
      </w:r>
    </w:p>
    <w:p w:rsidR="002B35E3" w:rsidRPr="006412B6" w:rsidRDefault="00652D20" w:rsidP="00DA0883">
      <w:pPr>
        <w:pStyle w:val="ListeParagraf"/>
        <w:numPr>
          <w:ilvl w:val="0"/>
          <w:numId w:val="17"/>
        </w:numPr>
        <w:jc w:val="both"/>
        <w:rPr>
          <w:sz w:val="24"/>
          <w:szCs w:val="24"/>
        </w:rPr>
      </w:pPr>
      <w:r w:rsidRPr="006412B6">
        <w:rPr>
          <w:sz w:val="24"/>
          <w:szCs w:val="24"/>
        </w:rPr>
        <w:t>Veli/vasi yazılı onayını sunmak,</w:t>
      </w:r>
    </w:p>
    <w:p w:rsidR="002B35E3" w:rsidRPr="00DA0883" w:rsidRDefault="00F843E8" w:rsidP="00DA0883">
      <w:pPr>
        <w:pStyle w:val="ListeParagraf"/>
        <w:numPr>
          <w:ilvl w:val="0"/>
          <w:numId w:val="17"/>
        </w:numPr>
        <w:jc w:val="both"/>
        <w:rPr>
          <w:b/>
          <w:sz w:val="24"/>
          <w:szCs w:val="24"/>
        </w:rPr>
      </w:pPr>
      <w:r w:rsidRPr="006412B6">
        <w:rPr>
          <w:sz w:val="24"/>
          <w:szCs w:val="24"/>
        </w:rPr>
        <w:t xml:space="preserve">Başvuruların doğrulanmasında; yaş ve ikamet kontrolü ile veli/vasi onayının usulüne </w:t>
      </w:r>
      <w:r w:rsidRPr="00DA0883">
        <w:rPr>
          <w:sz w:val="24"/>
          <w:szCs w:val="24"/>
        </w:rPr>
        <w:t>uygunluğu esas alınır.</w:t>
      </w:r>
    </w:p>
    <w:p w:rsidR="00C3144A" w:rsidRPr="00C3144A" w:rsidRDefault="00DA0883" w:rsidP="00C3144A">
      <w:pPr>
        <w:pStyle w:val="ListeParagraf"/>
        <w:numPr>
          <w:ilvl w:val="0"/>
          <w:numId w:val="17"/>
        </w:numPr>
        <w:jc w:val="both"/>
        <w:rPr>
          <w:b/>
          <w:sz w:val="24"/>
          <w:szCs w:val="24"/>
        </w:rPr>
      </w:pPr>
      <w:r>
        <w:rPr>
          <w:sz w:val="24"/>
          <w:szCs w:val="24"/>
        </w:rPr>
        <w:t>Gerekli görüldüğü durumlarda başvuruya istinaden diğer belgeler talep edilebilir.</w:t>
      </w:r>
    </w:p>
    <w:p w:rsidR="00C3144A" w:rsidRPr="00C3144A" w:rsidRDefault="00C3144A" w:rsidP="00C3144A">
      <w:pPr>
        <w:pStyle w:val="ListeParagraf"/>
        <w:numPr>
          <w:ilvl w:val="0"/>
          <w:numId w:val="16"/>
        </w:numPr>
        <w:jc w:val="both"/>
        <w:rPr>
          <w:b/>
          <w:sz w:val="24"/>
          <w:szCs w:val="24"/>
        </w:rPr>
      </w:pPr>
      <w:r w:rsidRPr="00C3144A">
        <w:rPr>
          <w:bCs/>
          <w:sz w:val="24"/>
          <w:szCs w:val="24"/>
        </w:rPr>
        <w:t>Başvurunun kabul edilip edilmemesine, bu yönergedeki kurallar çerçevesinde Müdürlük yetkilidir.</w:t>
      </w:r>
    </w:p>
    <w:p w:rsidR="006412B6" w:rsidRPr="006412B6" w:rsidRDefault="00211ABF" w:rsidP="00A5026C">
      <w:pPr>
        <w:rPr>
          <w:b/>
          <w:sz w:val="24"/>
          <w:szCs w:val="24"/>
        </w:rPr>
      </w:pPr>
      <w:r w:rsidRPr="006412B6">
        <w:rPr>
          <w:b/>
          <w:sz w:val="24"/>
          <w:szCs w:val="24"/>
        </w:rPr>
        <w:t>MADDE 9</w:t>
      </w:r>
      <w:r w:rsidR="00652D20" w:rsidRPr="006412B6">
        <w:rPr>
          <w:b/>
          <w:sz w:val="24"/>
          <w:szCs w:val="24"/>
        </w:rPr>
        <w:t xml:space="preserve"> – </w:t>
      </w:r>
      <w:r w:rsidR="006412B6" w:rsidRPr="006412B6">
        <w:rPr>
          <w:b/>
          <w:sz w:val="24"/>
          <w:szCs w:val="24"/>
        </w:rPr>
        <w:t xml:space="preserve">Üye Sayısı, Dağılım ve Eşitlik İlkesi </w:t>
      </w:r>
    </w:p>
    <w:p w:rsidR="00652D20" w:rsidRPr="009D1E88" w:rsidRDefault="00652D20" w:rsidP="00A5026C">
      <w:pPr>
        <w:rPr>
          <w:sz w:val="24"/>
          <w:szCs w:val="24"/>
        </w:rPr>
      </w:pPr>
      <w:r w:rsidRPr="009D1E88">
        <w:rPr>
          <w:sz w:val="24"/>
          <w:szCs w:val="24"/>
        </w:rPr>
        <w:t xml:space="preserve">(1) Çocuk Meclisi </w:t>
      </w:r>
      <w:r w:rsidR="00941308" w:rsidRPr="009D1E88">
        <w:rPr>
          <w:sz w:val="24"/>
          <w:szCs w:val="24"/>
        </w:rPr>
        <w:t>aşağıda</w:t>
      </w:r>
      <w:r w:rsidR="00691229">
        <w:rPr>
          <w:sz w:val="24"/>
          <w:szCs w:val="24"/>
        </w:rPr>
        <w:t>ki esaslara göre</w:t>
      </w:r>
      <w:r w:rsidR="00941308" w:rsidRPr="009D1E88">
        <w:rPr>
          <w:sz w:val="24"/>
          <w:szCs w:val="24"/>
        </w:rPr>
        <w:t xml:space="preserve"> belirlenir</w:t>
      </w:r>
      <w:r w:rsidRPr="009D1E88">
        <w:rPr>
          <w:sz w:val="24"/>
          <w:szCs w:val="24"/>
        </w:rPr>
        <w:t>;</w:t>
      </w:r>
    </w:p>
    <w:p w:rsidR="00652D20" w:rsidRPr="006412B6" w:rsidRDefault="00F843E8" w:rsidP="00DB20C2">
      <w:pPr>
        <w:pStyle w:val="ListeParagraf"/>
        <w:numPr>
          <w:ilvl w:val="0"/>
          <w:numId w:val="18"/>
        </w:numPr>
        <w:jc w:val="both"/>
        <w:rPr>
          <w:sz w:val="24"/>
          <w:szCs w:val="24"/>
        </w:rPr>
      </w:pPr>
      <w:r w:rsidRPr="006412B6">
        <w:rPr>
          <w:sz w:val="24"/>
          <w:szCs w:val="24"/>
        </w:rPr>
        <w:t xml:space="preserve">Çocuk Meclisi en fazla </w:t>
      </w:r>
      <w:r w:rsidR="00A35E7C">
        <w:rPr>
          <w:sz w:val="24"/>
          <w:szCs w:val="24"/>
        </w:rPr>
        <w:t xml:space="preserve">kırk </w:t>
      </w:r>
      <w:r w:rsidRPr="006412B6">
        <w:rPr>
          <w:sz w:val="24"/>
          <w:szCs w:val="24"/>
        </w:rPr>
        <w:t>üyeden oluşur.</w:t>
      </w:r>
    </w:p>
    <w:p w:rsidR="00DB20C2" w:rsidRPr="00DB20C2" w:rsidRDefault="00DB20C2" w:rsidP="00A5026C">
      <w:pPr>
        <w:pStyle w:val="ListeParagraf"/>
        <w:numPr>
          <w:ilvl w:val="0"/>
          <w:numId w:val="18"/>
        </w:numPr>
        <w:jc w:val="both"/>
        <w:rPr>
          <w:rFonts w:cs="Times New Roman"/>
          <w:sz w:val="24"/>
          <w:szCs w:val="24"/>
        </w:rPr>
      </w:pPr>
      <w:r w:rsidRPr="00DB20C2">
        <w:rPr>
          <w:rFonts w:cs="Times New Roman"/>
          <w:color w:val="0D0D0D"/>
          <w:sz w:val="24"/>
          <w:szCs w:val="24"/>
          <w:shd w:val="clear" w:color="auto" w:fill="FFFFFF"/>
        </w:rPr>
        <w:t>Üyelerin belirlenmesinde; ilçeler arasında dengeli temsilin sağlanması, farklı yaş gruplarının dengeli biçimde temsil edilmesi, özel gereksinimli çocukların katılımının sağlanması ve cinsiyet eşitliği ilkesi gözetilir.</w:t>
      </w:r>
    </w:p>
    <w:p w:rsidR="00DA0883" w:rsidRDefault="00F843E8" w:rsidP="00A5026C">
      <w:pPr>
        <w:pStyle w:val="ListeParagraf"/>
        <w:numPr>
          <w:ilvl w:val="0"/>
          <w:numId w:val="18"/>
        </w:numPr>
        <w:jc w:val="both"/>
        <w:rPr>
          <w:sz w:val="24"/>
          <w:szCs w:val="24"/>
        </w:rPr>
      </w:pPr>
      <w:r w:rsidRPr="006412B6">
        <w:rPr>
          <w:sz w:val="24"/>
          <w:szCs w:val="24"/>
        </w:rPr>
        <w:t>Dengeyi sağlamak için başvurular ilçe bazında izlenir; gerekli hallerde bilgilendirme ve yönlendirme çalışmaları yapılır.</w:t>
      </w:r>
    </w:p>
    <w:p w:rsidR="00A35E7C" w:rsidRPr="00DB20C2" w:rsidRDefault="00A35E7C" w:rsidP="00A35E7C">
      <w:pPr>
        <w:pStyle w:val="ListeParagraf"/>
        <w:jc w:val="both"/>
        <w:rPr>
          <w:sz w:val="24"/>
          <w:szCs w:val="24"/>
        </w:rPr>
      </w:pPr>
    </w:p>
    <w:p w:rsidR="006412B6" w:rsidRDefault="00211ABF" w:rsidP="00A5026C">
      <w:pPr>
        <w:rPr>
          <w:b/>
          <w:sz w:val="24"/>
          <w:szCs w:val="24"/>
        </w:rPr>
      </w:pPr>
      <w:r w:rsidRPr="006412B6">
        <w:rPr>
          <w:b/>
          <w:sz w:val="24"/>
          <w:szCs w:val="24"/>
        </w:rPr>
        <w:t>MADDE 10</w:t>
      </w:r>
      <w:r w:rsidR="00652D20" w:rsidRPr="006412B6">
        <w:rPr>
          <w:b/>
          <w:sz w:val="24"/>
          <w:szCs w:val="24"/>
        </w:rPr>
        <w:t xml:space="preserve"> –</w:t>
      </w:r>
      <w:r w:rsidR="006412B6" w:rsidRPr="006412B6">
        <w:rPr>
          <w:b/>
          <w:sz w:val="24"/>
          <w:szCs w:val="24"/>
        </w:rPr>
        <w:t xml:space="preserve"> Kontenjan Aşımı Halinde Kura Süreci </w:t>
      </w:r>
    </w:p>
    <w:p w:rsidR="006412B6" w:rsidRPr="006412B6" w:rsidRDefault="00F843E8" w:rsidP="00431318">
      <w:pPr>
        <w:pStyle w:val="ListeParagraf"/>
        <w:numPr>
          <w:ilvl w:val="0"/>
          <w:numId w:val="19"/>
        </w:numPr>
        <w:rPr>
          <w:b/>
          <w:sz w:val="24"/>
          <w:szCs w:val="24"/>
        </w:rPr>
      </w:pPr>
      <w:r w:rsidRPr="006412B6">
        <w:rPr>
          <w:sz w:val="24"/>
          <w:szCs w:val="24"/>
        </w:rPr>
        <w:t>Başvuru sayısının kontenjanı aşması</w:t>
      </w:r>
      <w:r w:rsidR="00941308" w:rsidRPr="006412B6">
        <w:rPr>
          <w:sz w:val="24"/>
          <w:szCs w:val="24"/>
        </w:rPr>
        <w:t xml:space="preserve"> halinde kura yöntemi uygulanır;</w:t>
      </w:r>
    </w:p>
    <w:p w:rsidR="00941308" w:rsidRPr="006412B6" w:rsidRDefault="00F843E8" w:rsidP="00DB20C2">
      <w:pPr>
        <w:pStyle w:val="ListeParagraf"/>
        <w:numPr>
          <w:ilvl w:val="0"/>
          <w:numId w:val="22"/>
        </w:numPr>
        <w:jc w:val="both"/>
        <w:rPr>
          <w:sz w:val="24"/>
          <w:szCs w:val="24"/>
        </w:rPr>
      </w:pPr>
      <w:r w:rsidRPr="006412B6">
        <w:rPr>
          <w:sz w:val="24"/>
          <w:szCs w:val="24"/>
        </w:rPr>
        <w:t>Kura usulü, başvuru süreci başlamadan önce ilan edilir; kura tarihi ve yeri duyurulur.</w:t>
      </w:r>
    </w:p>
    <w:p w:rsidR="00941308" w:rsidRPr="006412B6" w:rsidRDefault="00E80835" w:rsidP="00DB20C2">
      <w:pPr>
        <w:pStyle w:val="ListeParagraf"/>
        <w:numPr>
          <w:ilvl w:val="0"/>
          <w:numId w:val="22"/>
        </w:numPr>
        <w:jc w:val="both"/>
        <w:rPr>
          <w:sz w:val="24"/>
          <w:szCs w:val="24"/>
        </w:rPr>
      </w:pPr>
      <w:r w:rsidRPr="006412B6">
        <w:rPr>
          <w:sz w:val="24"/>
          <w:szCs w:val="24"/>
        </w:rPr>
        <w:t>Kura, Müdürlük koordinasyonunda şeffaflık ve denetlenebilirlik ilkelerine uygun olarak gerçekleştirilir ve tutanak altına alınır.</w:t>
      </w:r>
    </w:p>
    <w:p w:rsidR="002B35E3" w:rsidRPr="006412B6" w:rsidRDefault="00F843E8" w:rsidP="00DB20C2">
      <w:pPr>
        <w:pStyle w:val="ListeParagraf"/>
        <w:numPr>
          <w:ilvl w:val="0"/>
          <w:numId w:val="22"/>
        </w:numPr>
        <w:jc w:val="both"/>
        <w:rPr>
          <w:sz w:val="24"/>
          <w:szCs w:val="24"/>
        </w:rPr>
      </w:pPr>
      <w:r w:rsidRPr="006412B6">
        <w:rPr>
          <w:sz w:val="24"/>
          <w:szCs w:val="24"/>
        </w:rPr>
        <w:t>Asil ve yedek liste oluşturulur; yedek listeden çağırma usulü yazılı olarak belirlenir ve duyurulur.</w:t>
      </w:r>
    </w:p>
    <w:p w:rsidR="006412B6" w:rsidRPr="006412B6" w:rsidRDefault="00211ABF" w:rsidP="00A5026C">
      <w:pPr>
        <w:rPr>
          <w:b/>
          <w:sz w:val="24"/>
          <w:szCs w:val="24"/>
        </w:rPr>
      </w:pPr>
      <w:r w:rsidRPr="006412B6">
        <w:rPr>
          <w:b/>
          <w:sz w:val="24"/>
          <w:szCs w:val="24"/>
        </w:rPr>
        <w:t>MADDE 11</w:t>
      </w:r>
      <w:r w:rsidR="00941308" w:rsidRPr="006412B6">
        <w:rPr>
          <w:b/>
          <w:sz w:val="24"/>
          <w:szCs w:val="24"/>
        </w:rPr>
        <w:t xml:space="preserve"> – </w:t>
      </w:r>
      <w:r w:rsidR="006412B6" w:rsidRPr="006412B6">
        <w:rPr>
          <w:b/>
          <w:sz w:val="24"/>
          <w:szCs w:val="24"/>
        </w:rPr>
        <w:t>Üyelik Kaydı, Oryantasyon ve Bilgilendirme</w:t>
      </w:r>
    </w:p>
    <w:p w:rsidR="00AF14F6" w:rsidRPr="006412B6" w:rsidRDefault="00F843E8" w:rsidP="003161A7">
      <w:pPr>
        <w:pStyle w:val="ListeParagraf"/>
        <w:numPr>
          <w:ilvl w:val="0"/>
          <w:numId w:val="20"/>
        </w:numPr>
        <w:jc w:val="both"/>
        <w:rPr>
          <w:sz w:val="24"/>
          <w:szCs w:val="24"/>
        </w:rPr>
      </w:pPr>
      <w:r w:rsidRPr="006412B6">
        <w:rPr>
          <w:sz w:val="24"/>
          <w:szCs w:val="24"/>
        </w:rPr>
        <w:t>Üyeliği kesinleşen çocukların kayıtları “Çocuk Katılım Havuzu” verileriyle uyumlu şekilde oluşturulur.</w:t>
      </w:r>
      <w:r w:rsidR="00941308" w:rsidRPr="006412B6">
        <w:rPr>
          <w:sz w:val="24"/>
          <w:szCs w:val="24"/>
        </w:rPr>
        <w:t xml:space="preserve"> </w:t>
      </w:r>
      <w:r w:rsidRPr="006412B6">
        <w:rPr>
          <w:sz w:val="24"/>
          <w:szCs w:val="24"/>
        </w:rPr>
        <w:t>İlk toplantı öncesinde; çocuk hakları, meclis çalışma ilkeleri, güvenli katılım, iletişim kuralları ve toplantı düzenine ilişkin oryantasyon oturumu</w:t>
      </w:r>
      <w:r w:rsidR="003671DA" w:rsidRPr="006412B6">
        <w:rPr>
          <w:sz w:val="24"/>
          <w:szCs w:val="24"/>
        </w:rPr>
        <w:t xml:space="preserve"> ilgili belediye birimi tarafından</w:t>
      </w:r>
      <w:r w:rsidRPr="006412B6">
        <w:rPr>
          <w:sz w:val="24"/>
          <w:szCs w:val="24"/>
        </w:rPr>
        <w:t xml:space="preserve"> yapılır.</w:t>
      </w:r>
      <w:r w:rsidR="00941308" w:rsidRPr="006412B6">
        <w:rPr>
          <w:sz w:val="24"/>
          <w:szCs w:val="24"/>
        </w:rPr>
        <w:t xml:space="preserve"> </w:t>
      </w:r>
      <w:r w:rsidRPr="006412B6">
        <w:rPr>
          <w:sz w:val="24"/>
          <w:szCs w:val="24"/>
        </w:rPr>
        <w:t>Oryantasyon sonunda; katılım kuralları ve iletişim kanalları (duyuru grubu vb.) çocuklara ve velilere bildirilir.</w:t>
      </w:r>
    </w:p>
    <w:p w:rsidR="00AF14F6" w:rsidRPr="006412B6" w:rsidRDefault="00211ABF" w:rsidP="00A5026C">
      <w:pPr>
        <w:rPr>
          <w:b/>
          <w:sz w:val="24"/>
          <w:szCs w:val="24"/>
        </w:rPr>
      </w:pPr>
      <w:r w:rsidRPr="006412B6">
        <w:rPr>
          <w:b/>
          <w:sz w:val="24"/>
          <w:szCs w:val="24"/>
        </w:rPr>
        <w:t>MADDE 12</w:t>
      </w:r>
      <w:r w:rsidR="006412B6" w:rsidRPr="006412B6">
        <w:rPr>
          <w:b/>
          <w:sz w:val="24"/>
          <w:szCs w:val="24"/>
        </w:rPr>
        <w:t xml:space="preserve"> - Çalışma Dönemi</w:t>
      </w:r>
    </w:p>
    <w:p w:rsidR="00AF14F6" w:rsidRPr="006412B6" w:rsidRDefault="00AF14F6" w:rsidP="000C754E">
      <w:pPr>
        <w:pStyle w:val="ListeParagraf"/>
        <w:numPr>
          <w:ilvl w:val="0"/>
          <w:numId w:val="21"/>
        </w:numPr>
        <w:jc w:val="both"/>
        <w:rPr>
          <w:sz w:val="24"/>
          <w:szCs w:val="24"/>
        </w:rPr>
      </w:pPr>
      <w:r w:rsidRPr="006412B6">
        <w:rPr>
          <w:sz w:val="24"/>
          <w:szCs w:val="24"/>
        </w:rPr>
        <w:t>Çocuk Meclisinin çalışma dönemi bir yıldır.</w:t>
      </w:r>
    </w:p>
    <w:p w:rsidR="00AF14F6" w:rsidRPr="006412B6" w:rsidRDefault="00AF14F6" w:rsidP="000C754E">
      <w:pPr>
        <w:pStyle w:val="ListeParagraf"/>
        <w:numPr>
          <w:ilvl w:val="0"/>
          <w:numId w:val="21"/>
        </w:numPr>
        <w:jc w:val="both"/>
        <w:rPr>
          <w:sz w:val="24"/>
          <w:szCs w:val="24"/>
        </w:rPr>
      </w:pPr>
      <w:r w:rsidRPr="006412B6">
        <w:rPr>
          <w:sz w:val="24"/>
          <w:szCs w:val="24"/>
        </w:rPr>
        <w:t>Çalışma döneminin başlangıç ve bitiş tarihleri, çocukların eğitim takvimi dikkate alınarak Müdürlük tarafından belirlenir ve üyelere duyurulur.</w:t>
      </w:r>
    </w:p>
    <w:p w:rsidR="00AF14F6" w:rsidRPr="006412B6" w:rsidRDefault="00AF14F6" w:rsidP="000C754E">
      <w:pPr>
        <w:pStyle w:val="ListeParagraf"/>
        <w:numPr>
          <w:ilvl w:val="0"/>
          <w:numId w:val="21"/>
        </w:numPr>
        <w:jc w:val="both"/>
        <w:rPr>
          <w:sz w:val="24"/>
          <w:szCs w:val="24"/>
        </w:rPr>
      </w:pPr>
      <w:r w:rsidRPr="006412B6">
        <w:rPr>
          <w:sz w:val="24"/>
          <w:szCs w:val="24"/>
        </w:rPr>
        <w:t>Her yeni çalışma dönemi öncesinde üyelik başvuruları bu Yönergede belirlenen usul ve esaslara göre alınır.</w:t>
      </w:r>
    </w:p>
    <w:p w:rsidR="00AF14F6" w:rsidRPr="006412B6" w:rsidRDefault="00AF14F6" w:rsidP="000C754E">
      <w:pPr>
        <w:pStyle w:val="ListeParagraf"/>
        <w:numPr>
          <w:ilvl w:val="0"/>
          <w:numId w:val="21"/>
        </w:numPr>
        <w:jc w:val="both"/>
        <w:rPr>
          <w:sz w:val="24"/>
          <w:szCs w:val="24"/>
        </w:rPr>
      </w:pPr>
      <w:r w:rsidRPr="006412B6">
        <w:rPr>
          <w:sz w:val="24"/>
          <w:szCs w:val="24"/>
        </w:rPr>
        <w:t>Görev süresi sona eren üyeler</w:t>
      </w:r>
      <w:r w:rsidR="00417BDA" w:rsidRPr="006412B6">
        <w:rPr>
          <w:sz w:val="24"/>
          <w:szCs w:val="24"/>
        </w:rPr>
        <w:t>, yaş ve diğer üyelik şartlarını taşımaları halinde yeniden başvurabilir.</w:t>
      </w:r>
    </w:p>
    <w:p w:rsidR="00417BDA" w:rsidRPr="006412B6" w:rsidRDefault="00417BDA" w:rsidP="000C754E">
      <w:pPr>
        <w:pStyle w:val="ListeParagraf"/>
        <w:numPr>
          <w:ilvl w:val="0"/>
          <w:numId w:val="21"/>
        </w:numPr>
        <w:jc w:val="both"/>
        <w:rPr>
          <w:sz w:val="24"/>
          <w:szCs w:val="24"/>
        </w:rPr>
      </w:pPr>
      <w:r w:rsidRPr="006412B6">
        <w:rPr>
          <w:sz w:val="24"/>
          <w:szCs w:val="24"/>
        </w:rPr>
        <w:t>Yeni dönem üyeleri belirleninceye kadar zorunlu idari işlemler Müdürlük tarafından yürütülür.</w:t>
      </w:r>
    </w:p>
    <w:p w:rsidR="006412B6" w:rsidRPr="006412B6" w:rsidRDefault="00211ABF" w:rsidP="006412B6">
      <w:pPr>
        <w:rPr>
          <w:b/>
          <w:sz w:val="24"/>
          <w:szCs w:val="24"/>
        </w:rPr>
      </w:pPr>
      <w:r w:rsidRPr="006412B6">
        <w:rPr>
          <w:b/>
          <w:sz w:val="24"/>
          <w:szCs w:val="24"/>
        </w:rPr>
        <w:t>MADDE 13</w:t>
      </w:r>
      <w:r w:rsidR="00941308" w:rsidRPr="006412B6">
        <w:rPr>
          <w:b/>
          <w:sz w:val="24"/>
          <w:szCs w:val="24"/>
        </w:rPr>
        <w:t xml:space="preserve"> – </w:t>
      </w:r>
      <w:r w:rsidR="006412B6" w:rsidRPr="006412B6">
        <w:rPr>
          <w:b/>
          <w:sz w:val="24"/>
          <w:szCs w:val="24"/>
        </w:rPr>
        <w:t xml:space="preserve">Üyeliğin Sona Ermesi İşlemleri </w:t>
      </w:r>
    </w:p>
    <w:p w:rsidR="00941308" w:rsidRPr="006412B6" w:rsidRDefault="00F843E8" w:rsidP="00A35E7C">
      <w:pPr>
        <w:pStyle w:val="ListeParagraf"/>
        <w:numPr>
          <w:ilvl w:val="0"/>
          <w:numId w:val="23"/>
        </w:numPr>
        <w:jc w:val="both"/>
        <w:rPr>
          <w:sz w:val="24"/>
          <w:szCs w:val="24"/>
        </w:rPr>
      </w:pPr>
      <w:r w:rsidRPr="006412B6">
        <w:rPr>
          <w:sz w:val="24"/>
          <w:szCs w:val="24"/>
        </w:rPr>
        <w:t>Aşağıdaki hallerde</w:t>
      </w:r>
      <w:r w:rsidR="003671DA" w:rsidRPr="006412B6">
        <w:rPr>
          <w:sz w:val="24"/>
          <w:szCs w:val="24"/>
        </w:rPr>
        <w:t xml:space="preserve"> üyeliğin sona erdirilmesine yönelik teklifi Yürütme Ekibi tarafından hazırlanır ve Genel Kurul kararı ile kesinleşir</w:t>
      </w:r>
      <w:r w:rsidR="00941308" w:rsidRPr="006412B6">
        <w:rPr>
          <w:sz w:val="24"/>
          <w:szCs w:val="24"/>
        </w:rPr>
        <w:t>;</w:t>
      </w:r>
    </w:p>
    <w:p w:rsidR="00941308" w:rsidRPr="006412B6" w:rsidRDefault="00941308" w:rsidP="00A35E7C">
      <w:pPr>
        <w:pStyle w:val="ListeParagraf"/>
        <w:numPr>
          <w:ilvl w:val="0"/>
          <w:numId w:val="24"/>
        </w:numPr>
        <w:jc w:val="both"/>
        <w:rPr>
          <w:sz w:val="24"/>
          <w:szCs w:val="24"/>
        </w:rPr>
      </w:pPr>
      <w:r w:rsidRPr="006412B6">
        <w:rPr>
          <w:sz w:val="24"/>
          <w:szCs w:val="24"/>
        </w:rPr>
        <w:t>Ü</w:t>
      </w:r>
      <w:r w:rsidR="00A35E7C">
        <w:rPr>
          <w:sz w:val="24"/>
          <w:szCs w:val="24"/>
        </w:rPr>
        <w:t>st üste üç</w:t>
      </w:r>
      <w:r w:rsidR="00F843E8" w:rsidRPr="006412B6">
        <w:rPr>
          <w:sz w:val="24"/>
          <w:szCs w:val="24"/>
        </w:rPr>
        <w:t xml:space="preserve"> toplan</w:t>
      </w:r>
      <w:r w:rsidRPr="006412B6">
        <w:rPr>
          <w:sz w:val="24"/>
          <w:szCs w:val="24"/>
        </w:rPr>
        <w:t xml:space="preserve">tıya mazeretsiz katılmama, </w:t>
      </w:r>
    </w:p>
    <w:p w:rsidR="00941308" w:rsidRPr="006412B6" w:rsidRDefault="00941308" w:rsidP="00A35E7C">
      <w:pPr>
        <w:pStyle w:val="ListeParagraf"/>
        <w:numPr>
          <w:ilvl w:val="0"/>
          <w:numId w:val="24"/>
        </w:numPr>
        <w:jc w:val="both"/>
        <w:rPr>
          <w:sz w:val="24"/>
          <w:szCs w:val="24"/>
        </w:rPr>
      </w:pPr>
      <w:r w:rsidRPr="006412B6">
        <w:rPr>
          <w:sz w:val="24"/>
          <w:szCs w:val="24"/>
        </w:rPr>
        <w:t>Ç</w:t>
      </w:r>
      <w:r w:rsidR="00F843E8" w:rsidRPr="006412B6">
        <w:rPr>
          <w:sz w:val="24"/>
          <w:szCs w:val="24"/>
        </w:rPr>
        <w:t>alışma döneminde topla</w:t>
      </w:r>
      <w:r w:rsidRPr="006412B6">
        <w:rPr>
          <w:sz w:val="24"/>
          <w:szCs w:val="24"/>
        </w:rPr>
        <w:t xml:space="preserve">m </w:t>
      </w:r>
      <w:r w:rsidR="004E7353" w:rsidRPr="006412B6">
        <w:rPr>
          <w:sz w:val="24"/>
          <w:szCs w:val="24"/>
        </w:rPr>
        <w:t>beş</w:t>
      </w:r>
      <w:r w:rsidRPr="006412B6">
        <w:rPr>
          <w:sz w:val="24"/>
          <w:szCs w:val="24"/>
        </w:rPr>
        <w:t xml:space="preserve"> toplantıya</w:t>
      </w:r>
      <w:r w:rsidR="00E80835" w:rsidRPr="006412B6">
        <w:rPr>
          <w:sz w:val="24"/>
          <w:szCs w:val="24"/>
        </w:rPr>
        <w:t xml:space="preserve"> mazeretsiz</w:t>
      </w:r>
      <w:r w:rsidR="004E7353" w:rsidRPr="006412B6">
        <w:rPr>
          <w:sz w:val="24"/>
          <w:szCs w:val="24"/>
        </w:rPr>
        <w:t xml:space="preserve"> katılmamak.</w:t>
      </w:r>
      <w:r w:rsidRPr="006412B6">
        <w:rPr>
          <w:sz w:val="24"/>
          <w:szCs w:val="24"/>
        </w:rPr>
        <w:t xml:space="preserve"> </w:t>
      </w:r>
    </w:p>
    <w:p w:rsidR="00941308" w:rsidRPr="006412B6" w:rsidRDefault="00941308" w:rsidP="00A35E7C">
      <w:pPr>
        <w:pStyle w:val="ListeParagraf"/>
        <w:numPr>
          <w:ilvl w:val="0"/>
          <w:numId w:val="24"/>
        </w:numPr>
        <w:jc w:val="both"/>
        <w:rPr>
          <w:sz w:val="24"/>
          <w:szCs w:val="24"/>
        </w:rPr>
      </w:pPr>
      <w:r w:rsidRPr="006412B6">
        <w:rPr>
          <w:sz w:val="24"/>
          <w:szCs w:val="24"/>
        </w:rPr>
        <w:t xml:space="preserve">Yaş sınırını aşma, </w:t>
      </w:r>
    </w:p>
    <w:p w:rsidR="002B35E3" w:rsidRPr="006412B6" w:rsidRDefault="00941308" w:rsidP="00A35E7C">
      <w:pPr>
        <w:pStyle w:val="ListeParagraf"/>
        <w:numPr>
          <w:ilvl w:val="0"/>
          <w:numId w:val="24"/>
        </w:numPr>
        <w:jc w:val="both"/>
        <w:rPr>
          <w:sz w:val="24"/>
          <w:szCs w:val="24"/>
        </w:rPr>
      </w:pPr>
      <w:r w:rsidRPr="006412B6">
        <w:rPr>
          <w:sz w:val="24"/>
          <w:szCs w:val="24"/>
        </w:rPr>
        <w:t>G</w:t>
      </w:r>
      <w:r w:rsidR="00F843E8" w:rsidRPr="006412B6">
        <w:rPr>
          <w:sz w:val="24"/>
          <w:szCs w:val="24"/>
        </w:rPr>
        <w:t>üvenli katılım ilkesini ihlal eden davranışları sürdürme.</w:t>
      </w:r>
    </w:p>
    <w:p w:rsidR="002B35E3" w:rsidRPr="006412B6" w:rsidRDefault="00F843E8" w:rsidP="00A35E7C">
      <w:pPr>
        <w:pStyle w:val="ListeParagraf"/>
        <w:numPr>
          <w:ilvl w:val="0"/>
          <w:numId w:val="24"/>
        </w:numPr>
        <w:jc w:val="both"/>
        <w:rPr>
          <w:sz w:val="24"/>
          <w:szCs w:val="24"/>
        </w:rPr>
      </w:pPr>
      <w:r w:rsidRPr="006412B6">
        <w:rPr>
          <w:sz w:val="24"/>
          <w:szCs w:val="24"/>
        </w:rPr>
        <w:t>Devamsızlık takibi; Raportör (Katip Üye) tarafından yoklama çizelgeleri üzerinden yapılır.</w:t>
      </w:r>
    </w:p>
    <w:p w:rsidR="002B35E3" w:rsidRPr="006412B6" w:rsidRDefault="00F843E8" w:rsidP="00A35E7C">
      <w:pPr>
        <w:pStyle w:val="ListeParagraf"/>
        <w:numPr>
          <w:ilvl w:val="0"/>
          <w:numId w:val="24"/>
        </w:numPr>
        <w:jc w:val="both"/>
        <w:rPr>
          <w:sz w:val="24"/>
          <w:szCs w:val="24"/>
        </w:rPr>
      </w:pPr>
      <w:r w:rsidRPr="006412B6">
        <w:rPr>
          <w:sz w:val="24"/>
          <w:szCs w:val="24"/>
        </w:rPr>
        <w:t>Üyeliğin sona erdirilmesine ilişkin gündem maddesi; Yürütme Ekibi tarafından Genel Kurula sunulur. Karar tutanağa işlenir ve veli/vasiye yazılı bildirim yapılır.</w:t>
      </w:r>
    </w:p>
    <w:p w:rsidR="00EA52A2" w:rsidRPr="006412B6" w:rsidRDefault="00F843E8" w:rsidP="00A35E7C">
      <w:pPr>
        <w:pStyle w:val="ListeParagraf"/>
        <w:numPr>
          <w:ilvl w:val="0"/>
          <w:numId w:val="24"/>
        </w:numPr>
        <w:jc w:val="both"/>
        <w:rPr>
          <w:sz w:val="24"/>
          <w:szCs w:val="24"/>
        </w:rPr>
      </w:pPr>
      <w:r w:rsidRPr="006412B6">
        <w:rPr>
          <w:sz w:val="24"/>
          <w:szCs w:val="24"/>
        </w:rPr>
        <w:t>Boşalan üyelikler, yedek listeden çağırma usulü ile tamamlanır.</w:t>
      </w:r>
    </w:p>
    <w:p w:rsidR="00940067" w:rsidRPr="006412B6" w:rsidRDefault="00940067" w:rsidP="00A5026C">
      <w:pPr>
        <w:rPr>
          <w:b/>
          <w:sz w:val="24"/>
          <w:szCs w:val="24"/>
        </w:rPr>
      </w:pPr>
    </w:p>
    <w:p w:rsidR="009D1E88" w:rsidRPr="006412B6" w:rsidRDefault="00F843E8" w:rsidP="006412B6">
      <w:pPr>
        <w:jc w:val="center"/>
        <w:rPr>
          <w:b/>
          <w:sz w:val="24"/>
        </w:rPr>
      </w:pPr>
      <w:r w:rsidRPr="006412B6">
        <w:rPr>
          <w:b/>
          <w:sz w:val="24"/>
        </w:rPr>
        <w:lastRenderedPageBreak/>
        <w:t>ÜÇÜNCÜ BÖLÜM</w:t>
      </w:r>
      <w:r w:rsidRPr="006412B6">
        <w:rPr>
          <w:b/>
          <w:sz w:val="24"/>
        </w:rPr>
        <w:br/>
        <w:t>Çocuk Meclisi Organları, Seçim Süreçleri ve Görev Dağılımı</w:t>
      </w:r>
    </w:p>
    <w:p w:rsidR="006412B6" w:rsidRDefault="00211ABF" w:rsidP="00A5026C">
      <w:pPr>
        <w:rPr>
          <w:b/>
          <w:sz w:val="24"/>
          <w:szCs w:val="24"/>
        </w:rPr>
      </w:pPr>
      <w:r w:rsidRPr="006412B6">
        <w:rPr>
          <w:b/>
          <w:sz w:val="24"/>
          <w:szCs w:val="24"/>
        </w:rPr>
        <w:t>MADDE 14</w:t>
      </w:r>
      <w:r w:rsidR="009F6680" w:rsidRPr="006412B6">
        <w:rPr>
          <w:b/>
          <w:sz w:val="24"/>
          <w:szCs w:val="24"/>
        </w:rPr>
        <w:t xml:space="preserve"> </w:t>
      </w:r>
      <w:r w:rsidR="006412B6" w:rsidRPr="006412B6">
        <w:rPr>
          <w:b/>
          <w:sz w:val="24"/>
          <w:szCs w:val="24"/>
        </w:rPr>
        <w:t>- Çocuk Meclisi Organları</w:t>
      </w:r>
    </w:p>
    <w:p w:rsidR="001C3714" w:rsidRPr="006412B6" w:rsidRDefault="001C3714" w:rsidP="00431318">
      <w:pPr>
        <w:pStyle w:val="ListeParagraf"/>
        <w:numPr>
          <w:ilvl w:val="0"/>
          <w:numId w:val="25"/>
        </w:numPr>
        <w:rPr>
          <w:sz w:val="24"/>
          <w:szCs w:val="24"/>
        </w:rPr>
      </w:pPr>
      <w:r w:rsidRPr="006412B6">
        <w:rPr>
          <w:sz w:val="24"/>
          <w:szCs w:val="24"/>
        </w:rPr>
        <w:t xml:space="preserve">Çocuk Meclisi </w:t>
      </w:r>
      <w:r w:rsidR="00A771C4" w:rsidRPr="006412B6">
        <w:rPr>
          <w:sz w:val="24"/>
          <w:szCs w:val="24"/>
        </w:rPr>
        <w:t xml:space="preserve">organları </w:t>
      </w:r>
      <w:r w:rsidRPr="006412B6">
        <w:rPr>
          <w:sz w:val="24"/>
          <w:szCs w:val="24"/>
        </w:rPr>
        <w:t xml:space="preserve">aşağıdaki </w:t>
      </w:r>
      <w:r w:rsidR="00A771C4" w:rsidRPr="006412B6">
        <w:rPr>
          <w:sz w:val="24"/>
          <w:szCs w:val="24"/>
        </w:rPr>
        <w:t>esaslar çerçevesinde</w:t>
      </w:r>
      <w:r w:rsidRPr="006412B6">
        <w:rPr>
          <w:sz w:val="24"/>
          <w:szCs w:val="24"/>
        </w:rPr>
        <w:t xml:space="preserve"> oluşturulur;</w:t>
      </w:r>
    </w:p>
    <w:p w:rsidR="001C3714" w:rsidRPr="006412B6" w:rsidRDefault="00F843E8" w:rsidP="00431318">
      <w:pPr>
        <w:pStyle w:val="ListeParagraf"/>
        <w:numPr>
          <w:ilvl w:val="0"/>
          <w:numId w:val="26"/>
        </w:numPr>
        <w:rPr>
          <w:sz w:val="24"/>
          <w:szCs w:val="24"/>
        </w:rPr>
      </w:pPr>
      <w:r w:rsidRPr="006412B6">
        <w:rPr>
          <w:sz w:val="24"/>
          <w:szCs w:val="24"/>
        </w:rPr>
        <w:t>Çocuk Meclisi; Genel Kurul, Yürütme Ekibi ve Komisyonlardan oluşur.</w:t>
      </w:r>
    </w:p>
    <w:p w:rsidR="001C3714" w:rsidRPr="006412B6" w:rsidRDefault="00F843E8" w:rsidP="00431318">
      <w:pPr>
        <w:pStyle w:val="ListeParagraf"/>
        <w:numPr>
          <w:ilvl w:val="0"/>
          <w:numId w:val="26"/>
        </w:numPr>
        <w:rPr>
          <w:sz w:val="24"/>
          <w:szCs w:val="24"/>
        </w:rPr>
      </w:pPr>
      <w:r w:rsidRPr="006412B6">
        <w:rPr>
          <w:sz w:val="24"/>
          <w:szCs w:val="24"/>
        </w:rPr>
        <w:t>Genel Kurul; kayıtlı üyelerin tamamından oluşan en üst karar organıdır.</w:t>
      </w:r>
    </w:p>
    <w:p w:rsidR="009E75AC" w:rsidRPr="006412B6" w:rsidRDefault="00A35E7C" w:rsidP="00431318">
      <w:pPr>
        <w:pStyle w:val="ListeParagraf"/>
        <w:numPr>
          <w:ilvl w:val="0"/>
          <w:numId w:val="26"/>
        </w:numPr>
        <w:rPr>
          <w:sz w:val="24"/>
          <w:szCs w:val="24"/>
        </w:rPr>
      </w:pPr>
      <w:r>
        <w:rPr>
          <w:sz w:val="24"/>
          <w:szCs w:val="24"/>
        </w:rPr>
        <w:t>Yürütme Ekibi; bir</w:t>
      </w:r>
      <w:r w:rsidR="00F843E8" w:rsidRPr="006412B6">
        <w:rPr>
          <w:sz w:val="24"/>
          <w:szCs w:val="24"/>
        </w:rPr>
        <w:t xml:space="preserve"> Meclis Başkan</w:t>
      </w:r>
      <w:r>
        <w:rPr>
          <w:sz w:val="24"/>
          <w:szCs w:val="24"/>
        </w:rPr>
        <w:t>ı, iki Başkan Yardımcısı, bir Raportör (Katip Üye) ve üç</w:t>
      </w:r>
      <w:r w:rsidR="00F843E8" w:rsidRPr="006412B6">
        <w:rPr>
          <w:sz w:val="24"/>
          <w:szCs w:val="24"/>
        </w:rPr>
        <w:t xml:space="preserve"> üyeden oluşur.</w:t>
      </w:r>
    </w:p>
    <w:p w:rsidR="003A7579" w:rsidRPr="006412B6" w:rsidRDefault="00211ABF" w:rsidP="00A5026C">
      <w:pPr>
        <w:rPr>
          <w:b/>
          <w:sz w:val="24"/>
          <w:szCs w:val="24"/>
        </w:rPr>
      </w:pPr>
      <w:r w:rsidRPr="006412B6">
        <w:rPr>
          <w:b/>
          <w:sz w:val="24"/>
          <w:szCs w:val="24"/>
        </w:rPr>
        <w:t>MADDE 15</w:t>
      </w:r>
      <w:r w:rsidR="001C3714" w:rsidRPr="006412B6">
        <w:rPr>
          <w:b/>
          <w:sz w:val="24"/>
          <w:szCs w:val="24"/>
        </w:rPr>
        <w:t xml:space="preserve"> –</w:t>
      </w:r>
      <w:r w:rsidR="006412B6" w:rsidRPr="006412B6">
        <w:rPr>
          <w:b/>
          <w:sz w:val="24"/>
          <w:szCs w:val="24"/>
        </w:rPr>
        <w:t xml:space="preserve"> Çocuk Meclisi Organları</w:t>
      </w:r>
    </w:p>
    <w:p w:rsidR="001C3714" w:rsidRPr="006412B6" w:rsidRDefault="00E80835" w:rsidP="00A35E7C">
      <w:pPr>
        <w:pStyle w:val="ListeParagraf"/>
        <w:numPr>
          <w:ilvl w:val="0"/>
          <w:numId w:val="27"/>
        </w:numPr>
        <w:jc w:val="both"/>
        <w:rPr>
          <w:sz w:val="24"/>
          <w:szCs w:val="24"/>
        </w:rPr>
      </w:pPr>
      <w:r w:rsidRPr="006412B6">
        <w:rPr>
          <w:sz w:val="24"/>
          <w:szCs w:val="24"/>
        </w:rPr>
        <w:t>Meclis Başkanı, Genel Kurul Üyeleri arasından gizli oy-açık sayım usulüyle seçilir.</w:t>
      </w:r>
    </w:p>
    <w:p w:rsidR="003A7579" w:rsidRPr="006412B6" w:rsidRDefault="003A7579" w:rsidP="00A35E7C">
      <w:pPr>
        <w:pStyle w:val="ListeParagraf"/>
        <w:numPr>
          <w:ilvl w:val="0"/>
          <w:numId w:val="27"/>
        </w:numPr>
        <w:jc w:val="both"/>
        <w:rPr>
          <w:sz w:val="24"/>
          <w:szCs w:val="24"/>
        </w:rPr>
      </w:pPr>
      <w:r w:rsidRPr="006412B6">
        <w:rPr>
          <w:sz w:val="24"/>
          <w:szCs w:val="24"/>
        </w:rPr>
        <w:t>Seçimler gizli oy-açık sayım usulüyle yapılır. İlgili görev için en fazla oyu olan aday veya adaylar seçilmiş sayılır.</w:t>
      </w:r>
    </w:p>
    <w:p w:rsidR="003A7579" w:rsidRPr="006412B6" w:rsidRDefault="003A7579" w:rsidP="00A35E7C">
      <w:pPr>
        <w:pStyle w:val="ListeParagraf"/>
        <w:numPr>
          <w:ilvl w:val="0"/>
          <w:numId w:val="27"/>
        </w:numPr>
        <w:jc w:val="both"/>
        <w:rPr>
          <w:sz w:val="24"/>
          <w:szCs w:val="24"/>
        </w:rPr>
      </w:pPr>
      <w:r w:rsidRPr="006412B6">
        <w:rPr>
          <w:sz w:val="24"/>
          <w:szCs w:val="24"/>
        </w:rPr>
        <w:t>Oyların eşit olması halinde eşit oy alan adaylar arasında yeniden oylama yapılır. Eşitliğin devam etmesi halinde kura çekilir.</w:t>
      </w:r>
    </w:p>
    <w:p w:rsidR="009E75AC" w:rsidRPr="006412B6" w:rsidRDefault="003A7579" w:rsidP="00A35E7C">
      <w:pPr>
        <w:pStyle w:val="ListeParagraf"/>
        <w:numPr>
          <w:ilvl w:val="0"/>
          <w:numId w:val="27"/>
        </w:numPr>
        <w:jc w:val="both"/>
        <w:rPr>
          <w:sz w:val="24"/>
          <w:szCs w:val="24"/>
        </w:rPr>
      </w:pPr>
      <w:r w:rsidRPr="006412B6">
        <w:rPr>
          <w:sz w:val="24"/>
          <w:szCs w:val="24"/>
        </w:rPr>
        <w:t>Yürütme Ekibinin görev süresi bir yıldır. Görev süresi sona eren üyeler, üyelik şartlarını taşımaları halinde yeniden aday olabilir.</w:t>
      </w:r>
    </w:p>
    <w:p w:rsidR="009F6680" w:rsidRPr="006412B6" w:rsidRDefault="00211ABF" w:rsidP="00A5026C">
      <w:pPr>
        <w:rPr>
          <w:b/>
          <w:sz w:val="24"/>
          <w:szCs w:val="24"/>
        </w:rPr>
      </w:pPr>
      <w:r w:rsidRPr="006412B6">
        <w:rPr>
          <w:b/>
          <w:sz w:val="24"/>
          <w:szCs w:val="24"/>
        </w:rPr>
        <w:t>MADDE 16</w:t>
      </w:r>
      <w:r w:rsidR="009F6680" w:rsidRPr="006412B6">
        <w:rPr>
          <w:b/>
          <w:sz w:val="24"/>
          <w:szCs w:val="24"/>
        </w:rPr>
        <w:t xml:space="preserve"> </w:t>
      </w:r>
      <w:r w:rsidR="006412B6" w:rsidRPr="006412B6">
        <w:rPr>
          <w:b/>
          <w:sz w:val="24"/>
          <w:szCs w:val="24"/>
        </w:rPr>
        <w:t xml:space="preserve">- Yürütme Ekibinin Belirlenmesi </w:t>
      </w:r>
    </w:p>
    <w:p w:rsidR="002B35E3" w:rsidRPr="006412B6" w:rsidRDefault="003A7579" w:rsidP="008176AA">
      <w:pPr>
        <w:pStyle w:val="ListeParagraf"/>
        <w:numPr>
          <w:ilvl w:val="0"/>
          <w:numId w:val="28"/>
        </w:numPr>
        <w:jc w:val="both"/>
        <w:rPr>
          <w:sz w:val="24"/>
          <w:szCs w:val="24"/>
        </w:rPr>
      </w:pPr>
      <w:r w:rsidRPr="006412B6">
        <w:rPr>
          <w:sz w:val="24"/>
          <w:szCs w:val="24"/>
        </w:rPr>
        <w:t xml:space="preserve">Meclis </w:t>
      </w:r>
      <w:r w:rsidR="00A35E7C">
        <w:rPr>
          <w:sz w:val="24"/>
          <w:szCs w:val="24"/>
        </w:rPr>
        <w:t>Başkanını seçiminin ardından iki</w:t>
      </w:r>
      <w:r w:rsidRPr="006412B6">
        <w:rPr>
          <w:sz w:val="24"/>
          <w:szCs w:val="24"/>
        </w:rPr>
        <w:t xml:space="preserve"> Başkan Yardım</w:t>
      </w:r>
      <w:r w:rsidR="00A35E7C">
        <w:rPr>
          <w:sz w:val="24"/>
          <w:szCs w:val="24"/>
        </w:rPr>
        <w:t>cısı, Raportör (Katip Üye) ve üç</w:t>
      </w:r>
      <w:r w:rsidRPr="006412B6">
        <w:rPr>
          <w:sz w:val="24"/>
          <w:szCs w:val="24"/>
        </w:rPr>
        <w:t xml:space="preserve"> yürütme ekibi üyesi genel kurul tarafından seçilir.</w:t>
      </w:r>
    </w:p>
    <w:p w:rsidR="001C3714" w:rsidRPr="000E0173" w:rsidRDefault="00F843E8" w:rsidP="008176AA">
      <w:pPr>
        <w:pStyle w:val="ListeParagraf"/>
        <w:numPr>
          <w:ilvl w:val="0"/>
          <w:numId w:val="28"/>
        </w:numPr>
        <w:jc w:val="both"/>
        <w:rPr>
          <w:sz w:val="24"/>
          <w:szCs w:val="24"/>
        </w:rPr>
      </w:pPr>
      <w:r w:rsidRPr="000E0173">
        <w:rPr>
          <w:sz w:val="24"/>
          <w:szCs w:val="24"/>
        </w:rPr>
        <w:t>Başkan yardımcıları ve Raportör;</w:t>
      </w:r>
      <w:r w:rsidR="006748E0" w:rsidRPr="000E0173">
        <w:rPr>
          <w:sz w:val="24"/>
          <w:szCs w:val="24"/>
        </w:rPr>
        <w:t xml:space="preserve"> </w:t>
      </w:r>
      <w:r w:rsidRPr="000E0173">
        <w:rPr>
          <w:sz w:val="24"/>
          <w:szCs w:val="24"/>
        </w:rPr>
        <w:t>başkanlık seçiminde en fazla oy alanlar arasından veya ayrıca yapılan oylama ile belirlenir.</w:t>
      </w:r>
    </w:p>
    <w:p w:rsidR="006412B6" w:rsidRDefault="00F843E8" w:rsidP="008176AA">
      <w:pPr>
        <w:pStyle w:val="ListeParagraf"/>
        <w:numPr>
          <w:ilvl w:val="0"/>
          <w:numId w:val="28"/>
        </w:numPr>
        <w:jc w:val="both"/>
        <w:rPr>
          <w:sz w:val="24"/>
          <w:szCs w:val="24"/>
        </w:rPr>
      </w:pPr>
      <w:r w:rsidRPr="006412B6">
        <w:rPr>
          <w:sz w:val="24"/>
          <w:szCs w:val="24"/>
        </w:rPr>
        <w:t>Yürütme</w:t>
      </w:r>
      <w:r w:rsidR="00A35E7C">
        <w:rPr>
          <w:sz w:val="24"/>
          <w:szCs w:val="24"/>
        </w:rPr>
        <w:t xml:space="preserve"> Ekibi üyelerinin görev süresi bir</w:t>
      </w:r>
      <w:r w:rsidRPr="006412B6">
        <w:rPr>
          <w:sz w:val="24"/>
          <w:szCs w:val="24"/>
        </w:rPr>
        <w:t xml:space="preserve"> yıldır; yeniden seçilebilir.</w:t>
      </w:r>
    </w:p>
    <w:p w:rsidR="003A7579" w:rsidRPr="006412B6" w:rsidRDefault="00211ABF" w:rsidP="00A5026C">
      <w:pPr>
        <w:rPr>
          <w:b/>
          <w:sz w:val="24"/>
          <w:szCs w:val="24"/>
        </w:rPr>
      </w:pPr>
      <w:r w:rsidRPr="006412B6">
        <w:rPr>
          <w:b/>
          <w:sz w:val="24"/>
          <w:szCs w:val="24"/>
        </w:rPr>
        <w:t>MADDE 17</w:t>
      </w:r>
      <w:r w:rsidR="006412B6" w:rsidRPr="006412B6">
        <w:rPr>
          <w:b/>
          <w:sz w:val="24"/>
          <w:szCs w:val="24"/>
        </w:rPr>
        <w:t xml:space="preserve"> - Görevlerde Boşalma</w:t>
      </w:r>
    </w:p>
    <w:p w:rsidR="003A7579" w:rsidRPr="006412B6" w:rsidRDefault="00531387" w:rsidP="008176AA">
      <w:pPr>
        <w:pStyle w:val="ListeParagraf"/>
        <w:numPr>
          <w:ilvl w:val="0"/>
          <w:numId w:val="29"/>
        </w:numPr>
        <w:jc w:val="both"/>
        <w:rPr>
          <w:sz w:val="24"/>
          <w:szCs w:val="24"/>
        </w:rPr>
      </w:pPr>
      <w:r w:rsidRPr="006412B6">
        <w:rPr>
          <w:sz w:val="24"/>
          <w:szCs w:val="24"/>
        </w:rPr>
        <w:t>M</w:t>
      </w:r>
      <w:r w:rsidR="008176AA">
        <w:rPr>
          <w:sz w:val="24"/>
          <w:szCs w:val="24"/>
        </w:rPr>
        <w:t xml:space="preserve">eclis Başkanının istifa etmesi </w:t>
      </w:r>
      <w:r w:rsidRPr="006412B6">
        <w:rPr>
          <w:sz w:val="24"/>
          <w:szCs w:val="24"/>
        </w:rPr>
        <w:t>veya herhangi bir nedenle görevinin sona ermesi halinde, yeni Başkan seçilinceye kadar Başkan Yardımcısı Meclis Başkanlığı görevini vekaleten yürütür.</w:t>
      </w:r>
    </w:p>
    <w:p w:rsidR="00531387" w:rsidRPr="006412B6" w:rsidRDefault="00531387" w:rsidP="008176AA">
      <w:pPr>
        <w:pStyle w:val="ListeParagraf"/>
        <w:numPr>
          <w:ilvl w:val="0"/>
          <w:numId w:val="29"/>
        </w:numPr>
        <w:jc w:val="both"/>
        <w:rPr>
          <w:sz w:val="24"/>
          <w:szCs w:val="24"/>
        </w:rPr>
      </w:pPr>
      <w:r w:rsidRPr="006412B6">
        <w:rPr>
          <w:sz w:val="24"/>
          <w:szCs w:val="24"/>
        </w:rPr>
        <w:t>Boşalan Meclis Başkanlığı için yapılacak ilk Genel Kurul toplantısında, bu Yönergede belirlenen seçim usulüne göre yeni Başkan seçilir. Seçilen Başkan, kalan görev süresini tamamlar.</w:t>
      </w:r>
    </w:p>
    <w:p w:rsidR="00531387" w:rsidRPr="006412B6" w:rsidRDefault="00531387" w:rsidP="008176AA">
      <w:pPr>
        <w:pStyle w:val="ListeParagraf"/>
        <w:numPr>
          <w:ilvl w:val="0"/>
          <w:numId w:val="29"/>
        </w:numPr>
        <w:jc w:val="both"/>
        <w:rPr>
          <w:sz w:val="24"/>
          <w:szCs w:val="24"/>
        </w:rPr>
      </w:pPr>
      <w:r w:rsidRPr="006412B6">
        <w:rPr>
          <w:sz w:val="24"/>
          <w:szCs w:val="24"/>
        </w:rPr>
        <w:t xml:space="preserve">Başkan Yardımcılığı, Raportör/Katip Üyelik veya </w:t>
      </w:r>
      <w:r w:rsidR="004E7353" w:rsidRPr="006412B6">
        <w:rPr>
          <w:sz w:val="24"/>
          <w:szCs w:val="24"/>
        </w:rPr>
        <w:t>Yürütme ekibindeki diğer görevlerden birinin boşalması halinde, yapılacak ilk Genel Kurul toplantısında boşalan görev için seçim yapılır.</w:t>
      </w:r>
    </w:p>
    <w:p w:rsidR="001E546E" w:rsidRDefault="004E7353" w:rsidP="00A5026C">
      <w:pPr>
        <w:pStyle w:val="ListeParagraf"/>
        <w:numPr>
          <w:ilvl w:val="0"/>
          <w:numId w:val="29"/>
        </w:numPr>
        <w:jc w:val="both"/>
        <w:rPr>
          <w:sz w:val="24"/>
          <w:szCs w:val="24"/>
        </w:rPr>
      </w:pPr>
      <w:r w:rsidRPr="006412B6">
        <w:rPr>
          <w:sz w:val="24"/>
          <w:szCs w:val="24"/>
        </w:rPr>
        <w:t>Ara seçimle göreve gelen üye, yerine seçildiği üyenin kalan görev süresini tamamlar.</w:t>
      </w:r>
    </w:p>
    <w:p w:rsidR="00CE6F67" w:rsidRDefault="00CE6F67" w:rsidP="00CE6F67">
      <w:pPr>
        <w:jc w:val="both"/>
        <w:rPr>
          <w:sz w:val="24"/>
          <w:szCs w:val="24"/>
        </w:rPr>
      </w:pPr>
    </w:p>
    <w:p w:rsidR="00CE6F67" w:rsidRPr="00CE6F67" w:rsidRDefault="00CE6F67" w:rsidP="00CE6F67">
      <w:pPr>
        <w:jc w:val="both"/>
        <w:rPr>
          <w:sz w:val="24"/>
          <w:szCs w:val="24"/>
        </w:rPr>
      </w:pPr>
    </w:p>
    <w:p w:rsidR="009F6680" w:rsidRPr="00402877" w:rsidRDefault="00211ABF" w:rsidP="00A5026C">
      <w:pPr>
        <w:rPr>
          <w:b/>
          <w:sz w:val="24"/>
          <w:szCs w:val="24"/>
        </w:rPr>
      </w:pPr>
      <w:r w:rsidRPr="00402877">
        <w:rPr>
          <w:b/>
          <w:sz w:val="24"/>
          <w:szCs w:val="24"/>
        </w:rPr>
        <w:lastRenderedPageBreak/>
        <w:t>MADDE 18</w:t>
      </w:r>
      <w:r w:rsidR="001C3714" w:rsidRPr="00402877">
        <w:rPr>
          <w:b/>
          <w:sz w:val="24"/>
          <w:szCs w:val="24"/>
        </w:rPr>
        <w:t xml:space="preserve"> –</w:t>
      </w:r>
      <w:r w:rsidR="00402877" w:rsidRPr="00402877">
        <w:rPr>
          <w:b/>
          <w:sz w:val="24"/>
          <w:szCs w:val="24"/>
        </w:rPr>
        <w:t xml:space="preserve"> Görev, Sorumluluk ve İş Akışı </w:t>
      </w:r>
    </w:p>
    <w:p w:rsidR="002B35E3" w:rsidRPr="00402877" w:rsidRDefault="00F843E8" w:rsidP="001E546E">
      <w:pPr>
        <w:pStyle w:val="ListeParagraf"/>
        <w:numPr>
          <w:ilvl w:val="0"/>
          <w:numId w:val="30"/>
        </w:numPr>
        <w:jc w:val="both"/>
        <w:rPr>
          <w:sz w:val="24"/>
          <w:szCs w:val="24"/>
        </w:rPr>
      </w:pPr>
      <w:r w:rsidRPr="00402877">
        <w:rPr>
          <w:sz w:val="24"/>
          <w:szCs w:val="24"/>
        </w:rPr>
        <w:t>Meclis Başkanı; toplantılara başkanlık eder, gündemi Yürütme Ekibiyle hazırlar, meclisi temsil eder, kararların uygulanmasını izler ve güvenli katılımı sağlar.</w:t>
      </w:r>
    </w:p>
    <w:p w:rsidR="002B35E3" w:rsidRPr="00402877" w:rsidRDefault="00F843E8" w:rsidP="001E546E">
      <w:pPr>
        <w:pStyle w:val="ListeParagraf"/>
        <w:numPr>
          <w:ilvl w:val="0"/>
          <w:numId w:val="30"/>
        </w:numPr>
        <w:jc w:val="both"/>
        <w:rPr>
          <w:sz w:val="24"/>
          <w:szCs w:val="24"/>
        </w:rPr>
      </w:pPr>
      <w:r w:rsidRPr="00402877">
        <w:rPr>
          <w:sz w:val="24"/>
          <w:szCs w:val="24"/>
        </w:rPr>
        <w:t>Başkan yardımcıları; başkanın yokluğunda toplantıya başkanlık eder, komisyon koordinasyonuna destek olur ve verilen görevleri yerine getirir.</w:t>
      </w:r>
    </w:p>
    <w:p w:rsidR="002B35E3" w:rsidRPr="00402877" w:rsidRDefault="00F843E8" w:rsidP="001E546E">
      <w:pPr>
        <w:pStyle w:val="ListeParagraf"/>
        <w:numPr>
          <w:ilvl w:val="0"/>
          <w:numId w:val="30"/>
        </w:numPr>
        <w:jc w:val="both"/>
        <w:rPr>
          <w:sz w:val="24"/>
          <w:szCs w:val="24"/>
        </w:rPr>
      </w:pPr>
      <w:r w:rsidRPr="00402877">
        <w:rPr>
          <w:sz w:val="24"/>
          <w:szCs w:val="24"/>
        </w:rPr>
        <w:t>Raportör (Katip Üye); yoklama/devam çizelgelerini tutar, tutanak ve karar özetlerini hazırlar, kararların kayıt altına alınmasını sağlar.</w:t>
      </w:r>
    </w:p>
    <w:p w:rsidR="002B35E3" w:rsidRPr="00402877" w:rsidRDefault="00F843E8" w:rsidP="001E546E">
      <w:pPr>
        <w:pStyle w:val="ListeParagraf"/>
        <w:numPr>
          <w:ilvl w:val="0"/>
          <w:numId w:val="30"/>
        </w:numPr>
        <w:jc w:val="both"/>
        <w:rPr>
          <w:sz w:val="24"/>
          <w:szCs w:val="24"/>
        </w:rPr>
      </w:pPr>
      <w:r w:rsidRPr="00402877">
        <w:rPr>
          <w:sz w:val="24"/>
          <w:szCs w:val="24"/>
        </w:rPr>
        <w:t>Meclis üyeleri; toplantılara katılır, görüş ve önerilerini ifade eder, oylamalara katılır ve komisy</w:t>
      </w:r>
      <w:r w:rsidR="00A771C4" w:rsidRPr="00402877">
        <w:rPr>
          <w:sz w:val="24"/>
          <w:szCs w:val="24"/>
        </w:rPr>
        <w:t xml:space="preserve">on çalışmalarında görev </w:t>
      </w:r>
      <w:r w:rsidRPr="00402877">
        <w:rPr>
          <w:sz w:val="24"/>
          <w:szCs w:val="24"/>
        </w:rPr>
        <w:t>alır.</w:t>
      </w:r>
    </w:p>
    <w:p w:rsidR="00940067" w:rsidRPr="009D1E88" w:rsidRDefault="00940067" w:rsidP="00A5026C">
      <w:pPr>
        <w:rPr>
          <w:sz w:val="24"/>
        </w:rPr>
      </w:pPr>
    </w:p>
    <w:p w:rsidR="009D1E88" w:rsidRPr="00402877" w:rsidRDefault="00F843E8" w:rsidP="00EF50DC">
      <w:pPr>
        <w:jc w:val="center"/>
        <w:rPr>
          <w:b/>
          <w:sz w:val="24"/>
          <w:szCs w:val="24"/>
        </w:rPr>
      </w:pPr>
      <w:r w:rsidRPr="00EF50DC">
        <w:rPr>
          <w:b/>
          <w:sz w:val="24"/>
        </w:rPr>
        <w:t>DÖRDÜNCÜ BÖLÜM</w:t>
      </w:r>
      <w:r w:rsidRPr="00EF50DC">
        <w:rPr>
          <w:b/>
          <w:sz w:val="24"/>
        </w:rPr>
        <w:br/>
      </w:r>
      <w:r w:rsidRPr="00EF50DC">
        <w:rPr>
          <w:b/>
          <w:sz w:val="24"/>
          <w:szCs w:val="24"/>
        </w:rPr>
        <w:t>Toplantı Yönetimi, Gündem, Görüşmeler, Kararlar ve Kayıtlar</w:t>
      </w:r>
    </w:p>
    <w:p w:rsidR="002B35E3" w:rsidRPr="001E546E" w:rsidRDefault="00211ABF" w:rsidP="001E546E">
      <w:pPr>
        <w:ind w:hanging="142"/>
        <w:rPr>
          <w:b/>
          <w:sz w:val="24"/>
          <w:szCs w:val="24"/>
        </w:rPr>
      </w:pPr>
      <w:r w:rsidRPr="00402877">
        <w:rPr>
          <w:b/>
          <w:sz w:val="24"/>
          <w:szCs w:val="24"/>
        </w:rPr>
        <w:t>MADDE 19</w:t>
      </w:r>
      <w:r w:rsidR="001E546E">
        <w:rPr>
          <w:b/>
          <w:sz w:val="24"/>
          <w:szCs w:val="24"/>
        </w:rPr>
        <w:t xml:space="preserve">- </w:t>
      </w:r>
      <w:r w:rsidR="00F843E8" w:rsidRPr="001E546E">
        <w:rPr>
          <w:b/>
          <w:sz w:val="24"/>
          <w:szCs w:val="24"/>
        </w:rPr>
        <w:t>Toplantı Takvimi ve Çağrı</w:t>
      </w:r>
    </w:p>
    <w:p w:rsidR="001C3714" w:rsidRPr="00402877" w:rsidRDefault="00F843E8" w:rsidP="00F5261F">
      <w:pPr>
        <w:pStyle w:val="ListeParagraf"/>
        <w:numPr>
          <w:ilvl w:val="0"/>
          <w:numId w:val="54"/>
        </w:numPr>
        <w:jc w:val="both"/>
        <w:rPr>
          <w:sz w:val="24"/>
          <w:szCs w:val="24"/>
        </w:rPr>
      </w:pPr>
      <w:r w:rsidRPr="00402877">
        <w:rPr>
          <w:sz w:val="24"/>
          <w:szCs w:val="24"/>
        </w:rPr>
        <w:t xml:space="preserve">Genel Kurul </w:t>
      </w:r>
      <w:r w:rsidR="00721D2C" w:rsidRPr="00402877">
        <w:rPr>
          <w:sz w:val="24"/>
          <w:szCs w:val="24"/>
        </w:rPr>
        <w:t>olağan olarak en az üç ayda bir toplanır.</w:t>
      </w:r>
    </w:p>
    <w:p w:rsidR="001C3714" w:rsidRPr="00402877" w:rsidRDefault="00F843E8" w:rsidP="00F5261F">
      <w:pPr>
        <w:pStyle w:val="ListeParagraf"/>
        <w:numPr>
          <w:ilvl w:val="0"/>
          <w:numId w:val="54"/>
        </w:numPr>
        <w:jc w:val="both"/>
        <w:rPr>
          <w:sz w:val="24"/>
          <w:szCs w:val="24"/>
        </w:rPr>
      </w:pPr>
      <w:r w:rsidRPr="00402877">
        <w:rPr>
          <w:sz w:val="24"/>
          <w:szCs w:val="24"/>
        </w:rPr>
        <w:t xml:space="preserve">Toplantı çağrısı; gündem taslağı ile birlikte üyelere ve velilere </w:t>
      </w:r>
      <w:r w:rsidR="00A771C4" w:rsidRPr="00402877">
        <w:rPr>
          <w:sz w:val="24"/>
          <w:szCs w:val="24"/>
        </w:rPr>
        <w:t xml:space="preserve">belirlenen iletişim kanalları aracılığıyla </w:t>
      </w:r>
      <w:r w:rsidRPr="00402877">
        <w:rPr>
          <w:sz w:val="24"/>
          <w:szCs w:val="24"/>
        </w:rPr>
        <w:t>duyurulur.</w:t>
      </w:r>
    </w:p>
    <w:p w:rsidR="00417BDA" w:rsidRPr="00402877" w:rsidRDefault="00417BDA" w:rsidP="00F5261F">
      <w:pPr>
        <w:pStyle w:val="ListeParagraf"/>
        <w:numPr>
          <w:ilvl w:val="0"/>
          <w:numId w:val="54"/>
        </w:numPr>
        <w:jc w:val="both"/>
        <w:rPr>
          <w:sz w:val="24"/>
          <w:szCs w:val="24"/>
        </w:rPr>
      </w:pPr>
      <w:r w:rsidRPr="00402877">
        <w:rPr>
          <w:sz w:val="24"/>
          <w:szCs w:val="24"/>
        </w:rPr>
        <w:t xml:space="preserve">Çocuk Meclisi; Meclis Başkanının veya Yürütme Ekibinin talebi üzerine ya da Genel Kurul üye tam sayısının en az beşte birinin yazılı veya dijital talebiyle olağanüstü toplantıya çağırılabilir. </w:t>
      </w:r>
    </w:p>
    <w:p w:rsidR="00531387" w:rsidRPr="00402877" w:rsidRDefault="00531387" w:rsidP="00F5261F">
      <w:pPr>
        <w:pStyle w:val="ListeParagraf"/>
        <w:numPr>
          <w:ilvl w:val="0"/>
          <w:numId w:val="54"/>
        </w:numPr>
        <w:jc w:val="both"/>
        <w:rPr>
          <w:sz w:val="24"/>
          <w:szCs w:val="24"/>
        </w:rPr>
      </w:pPr>
      <w:r w:rsidRPr="00402877">
        <w:rPr>
          <w:sz w:val="24"/>
          <w:szCs w:val="24"/>
        </w:rPr>
        <w:t>Olağanüstü toplantı talebinde görüşülmesi istenen konu ve toplantı gerekçesi belirtilir.</w:t>
      </w:r>
    </w:p>
    <w:p w:rsidR="00531387" w:rsidRPr="00402877" w:rsidRDefault="00531387" w:rsidP="00F5261F">
      <w:pPr>
        <w:pStyle w:val="ListeParagraf"/>
        <w:numPr>
          <w:ilvl w:val="0"/>
          <w:numId w:val="54"/>
        </w:numPr>
        <w:jc w:val="both"/>
        <w:rPr>
          <w:sz w:val="24"/>
          <w:szCs w:val="24"/>
        </w:rPr>
      </w:pPr>
      <w:r w:rsidRPr="00402877">
        <w:rPr>
          <w:sz w:val="24"/>
          <w:szCs w:val="24"/>
        </w:rPr>
        <w:t>Olağanüstü toplantının çağrısı ve günd</w:t>
      </w:r>
      <w:r w:rsidR="009B1FF2">
        <w:rPr>
          <w:sz w:val="24"/>
          <w:szCs w:val="24"/>
        </w:rPr>
        <w:t>emi, toplantı tarihinden en az üç</w:t>
      </w:r>
      <w:r w:rsidRPr="00402877">
        <w:rPr>
          <w:sz w:val="24"/>
          <w:szCs w:val="24"/>
        </w:rPr>
        <w:t xml:space="preserve"> gün önce üyelere ve velilere bildirilir.</w:t>
      </w:r>
    </w:p>
    <w:p w:rsidR="001E546E" w:rsidRDefault="00531387" w:rsidP="00F5261F">
      <w:pPr>
        <w:pStyle w:val="ListeParagraf"/>
        <w:numPr>
          <w:ilvl w:val="0"/>
          <w:numId w:val="54"/>
        </w:numPr>
        <w:jc w:val="both"/>
        <w:rPr>
          <w:sz w:val="24"/>
          <w:szCs w:val="24"/>
        </w:rPr>
      </w:pPr>
      <w:r w:rsidRPr="00402877">
        <w:rPr>
          <w:sz w:val="24"/>
          <w:szCs w:val="24"/>
        </w:rPr>
        <w:t>Olağanüstü toplantının organizasyonu ve üyelere duyurulması Müdürlük koordinasyonunda gerçekleştirilir.</w:t>
      </w:r>
    </w:p>
    <w:p w:rsidR="001E546E" w:rsidRDefault="001E546E" w:rsidP="001E546E">
      <w:pPr>
        <w:pStyle w:val="ListeParagraf"/>
        <w:ind w:left="360"/>
        <w:rPr>
          <w:sz w:val="24"/>
          <w:szCs w:val="24"/>
        </w:rPr>
      </w:pPr>
    </w:p>
    <w:p w:rsidR="009B1FF2" w:rsidRDefault="001E546E" w:rsidP="001E546E">
      <w:pPr>
        <w:pStyle w:val="ListeParagraf"/>
        <w:ind w:left="360" w:hanging="502"/>
        <w:rPr>
          <w:b/>
          <w:sz w:val="24"/>
          <w:szCs w:val="24"/>
        </w:rPr>
      </w:pPr>
      <w:r w:rsidRPr="001E546E">
        <w:rPr>
          <w:b/>
          <w:sz w:val="24"/>
          <w:szCs w:val="24"/>
        </w:rPr>
        <w:t xml:space="preserve">MADDE 20- </w:t>
      </w:r>
      <w:r w:rsidR="00F843E8" w:rsidRPr="001E546E">
        <w:rPr>
          <w:b/>
          <w:sz w:val="24"/>
          <w:szCs w:val="24"/>
        </w:rPr>
        <w:t>Gündem Maddelerinin Oluşturulması</w:t>
      </w:r>
    </w:p>
    <w:p w:rsidR="002B35E3" w:rsidRPr="001E546E" w:rsidRDefault="00F843E8" w:rsidP="001E546E">
      <w:pPr>
        <w:pStyle w:val="ListeParagraf"/>
        <w:ind w:left="360" w:hanging="502"/>
        <w:rPr>
          <w:sz w:val="24"/>
          <w:szCs w:val="24"/>
        </w:rPr>
      </w:pPr>
      <w:r w:rsidRPr="001E546E">
        <w:rPr>
          <w:b/>
          <w:sz w:val="24"/>
          <w:szCs w:val="24"/>
        </w:rPr>
        <w:t xml:space="preserve"> </w:t>
      </w:r>
    </w:p>
    <w:p w:rsidR="001C3714" w:rsidRPr="001E546E" w:rsidRDefault="00F843E8" w:rsidP="00F5261F">
      <w:pPr>
        <w:pStyle w:val="ListeParagraf"/>
        <w:numPr>
          <w:ilvl w:val="0"/>
          <w:numId w:val="55"/>
        </w:numPr>
        <w:jc w:val="both"/>
        <w:rPr>
          <w:sz w:val="24"/>
          <w:szCs w:val="24"/>
        </w:rPr>
      </w:pPr>
      <w:r w:rsidRPr="001E546E">
        <w:rPr>
          <w:sz w:val="24"/>
          <w:szCs w:val="24"/>
        </w:rPr>
        <w:t>Gündem; Meclis Başkanı ve Yürütme Ekibi tarafından hazırlanır.</w:t>
      </w:r>
    </w:p>
    <w:p w:rsidR="001C3714" w:rsidRPr="001E546E" w:rsidRDefault="00F843E8" w:rsidP="00F5261F">
      <w:pPr>
        <w:pStyle w:val="ListeParagraf"/>
        <w:numPr>
          <w:ilvl w:val="0"/>
          <w:numId w:val="55"/>
        </w:numPr>
        <w:jc w:val="both"/>
        <w:rPr>
          <w:sz w:val="24"/>
          <w:szCs w:val="24"/>
        </w:rPr>
      </w:pPr>
      <w:r w:rsidRPr="001E546E">
        <w:rPr>
          <w:sz w:val="24"/>
          <w:szCs w:val="24"/>
        </w:rPr>
        <w:t>Üyeler, gündeme alınmasını istedikleri konuları toplantı tarihinden en az</w:t>
      </w:r>
      <w:r w:rsidR="009B1FF2">
        <w:rPr>
          <w:sz w:val="24"/>
          <w:szCs w:val="24"/>
        </w:rPr>
        <w:t xml:space="preserve"> on </w:t>
      </w:r>
      <w:r w:rsidRPr="001E546E">
        <w:rPr>
          <w:sz w:val="24"/>
          <w:szCs w:val="24"/>
        </w:rPr>
        <w:t>gün önce yazılı veya dijital ortamda iletir.</w:t>
      </w:r>
    </w:p>
    <w:p w:rsidR="001C3714" w:rsidRPr="001E546E" w:rsidRDefault="00F843E8" w:rsidP="00F5261F">
      <w:pPr>
        <w:pStyle w:val="ListeParagraf"/>
        <w:numPr>
          <w:ilvl w:val="0"/>
          <w:numId w:val="55"/>
        </w:numPr>
        <w:jc w:val="both"/>
        <w:rPr>
          <w:sz w:val="24"/>
          <w:szCs w:val="24"/>
        </w:rPr>
      </w:pPr>
      <w:r w:rsidRPr="001E546E">
        <w:rPr>
          <w:sz w:val="24"/>
          <w:szCs w:val="24"/>
        </w:rPr>
        <w:t xml:space="preserve">Olağanüstü durumlarda gündem en az </w:t>
      </w:r>
      <w:r w:rsidR="009B1FF2">
        <w:rPr>
          <w:sz w:val="24"/>
          <w:szCs w:val="24"/>
        </w:rPr>
        <w:t>üç</w:t>
      </w:r>
      <w:r w:rsidRPr="001E546E">
        <w:rPr>
          <w:sz w:val="24"/>
          <w:szCs w:val="24"/>
        </w:rPr>
        <w:t xml:space="preserve"> gün önce bildirilmek kaydıyla oluşturulabilir.</w:t>
      </w:r>
    </w:p>
    <w:p w:rsidR="002B35E3" w:rsidRPr="001E546E" w:rsidRDefault="00F843E8" w:rsidP="00F5261F">
      <w:pPr>
        <w:pStyle w:val="ListeParagraf"/>
        <w:numPr>
          <w:ilvl w:val="0"/>
          <w:numId w:val="55"/>
        </w:numPr>
        <w:jc w:val="both"/>
        <w:rPr>
          <w:sz w:val="24"/>
          <w:szCs w:val="24"/>
        </w:rPr>
      </w:pPr>
      <w:r w:rsidRPr="001E546E">
        <w:rPr>
          <w:sz w:val="24"/>
          <w:szCs w:val="24"/>
        </w:rPr>
        <w:t>Gündem kesinleştiğinde, üyelerle paylaşılır; gündem dışı söz talepleri toplantı düzeni içinde değerlendirilir.</w:t>
      </w:r>
    </w:p>
    <w:p w:rsidR="001E546E" w:rsidRDefault="001E546E" w:rsidP="001E546E">
      <w:pPr>
        <w:pStyle w:val="ListeParagraf"/>
        <w:ind w:left="360"/>
        <w:rPr>
          <w:sz w:val="24"/>
          <w:szCs w:val="24"/>
        </w:rPr>
      </w:pPr>
    </w:p>
    <w:p w:rsidR="002B35E3" w:rsidRDefault="001E546E" w:rsidP="001E546E">
      <w:pPr>
        <w:pStyle w:val="ListeParagraf"/>
        <w:ind w:left="360" w:hanging="502"/>
        <w:rPr>
          <w:b/>
          <w:sz w:val="24"/>
          <w:szCs w:val="24"/>
        </w:rPr>
      </w:pPr>
      <w:r w:rsidRPr="001E546E">
        <w:rPr>
          <w:b/>
          <w:sz w:val="24"/>
          <w:szCs w:val="24"/>
        </w:rPr>
        <w:t>MADDE 21-</w:t>
      </w:r>
      <w:r w:rsidR="001C3714" w:rsidRPr="001E546E">
        <w:rPr>
          <w:b/>
          <w:sz w:val="24"/>
          <w:szCs w:val="24"/>
        </w:rPr>
        <w:t xml:space="preserve"> </w:t>
      </w:r>
      <w:r w:rsidR="00F843E8" w:rsidRPr="001E546E">
        <w:rPr>
          <w:b/>
          <w:sz w:val="24"/>
          <w:szCs w:val="24"/>
        </w:rPr>
        <w:t xml:space="preserve">Toplantı Yeter Sayısı ve Karar Yeter Sayısı </w:t>
      </w:r>
    </w:p>
    <w:p w:rsidR="009B1FF2" w:rsidRPr="001E546E" w:rsidRDefault="009B1FF2" w:rsidP="001E546E">
      <w:pPr>
        <w:pStyle w:val="ListeParagraf"/>
        <w:ind w:left="360" w:hanging="502"/>
        <w:rPr>
          <w:b/>
          <w:sz w:val="24"/>
          <w:szCs w:val="24"/>
        </w:rPr>
      </w:pPr>
    </w:p>
    <w:p w:rsidR="001C3714" w:rsidRPr="00402877" w:rsidRDefault="00F843E8" w:rsidP="00F5261F">
      <w:pPr>
        <w:pStyle w:val="ListeParagraf"/>
        <w:numPr>
          <w:ilvl w:val="0"/>
          <w:numId w:val="56"/>
        </w:numPr>
        <w:jc w:val="both"/>
        <w:rPr>
          <w:sz w:val="24"/>
          <w:szCs w:val="24"/>
        </w:rPr>
      </w:pPr>
      <w:r w:rsidRPr="00402877">
        <w:rPr>
          <w:sz w:val="24"/>
          <w:szCs w:val="24"/>
        </w:rPr>
        <w:t>Genel Kurul; üye tam sayısının yarıdan bir fazlası ile toplanır.</w:t>
      </w:r>
    </w:p>
    <w:p w:rsidR="001C3714" w:rsidRPr="00402877" w:rsidRDefault="00F843E8" w:rsidP="00F5261F">
      <w:pPr>
        <w:pStyle w:val="ListeParagraf"/>
        <w:numPr>
          <w:ilvl w:val="0"/>
          <w:numId w:val="56"/>
        </w:numPr>
        <w:jc w:val="both"/>
        <w:rPr>
          <w:sz w:val="24"/>
          <w:szCs w:val="24"/>
        </w:rPr>
      </w:pPr>
      <w:r w:rsidRPr="00402877">
        <w:rPr>
          <w:sz w:val="24"/>
          <w:szCs w:val="24"/>
        </w:rPr>
        <w:lastRenderedPageBreak/>
        <w:t>Kararlar, toplantıya katılan üyelerin salt çoğunluğu ile alınır.</w:t>
      </w:r>
    </w:p>
    <w:p w:rsidR="001C3714" w:rsidRPr="00402877" w:rsidRDefault="00E80CEB" w:rsidP="00F5261F">
      <w:pPr>
        <w:pStyle w:val="ListeParagraf"/>
        <w:numPr>
          <w:ilvl w:val="0"/>
          <w:numId w:val="56"/>
        </w:numPr>
        <w:jc w:val="both"/>
        <w:rPr>
          <w:sz w:val="24"/>
          <w:szCs w:val="24"/>
        </w:rPr>
      </w:pPr>
      <w:r w:rsidRPr="00402877">
        <w:rPr>
          <w:sz w:val="24"/>
          <w:szCs w:val="24"/>
        </w:rPr>
        <w:t>Oyların eşitliği halinde öneri kabul edilmemiş sayılır</w:t>
      </w:r>
      <w:r w:rsidR="00F843E8" w:rsidRPr="00402877">
        <w:rPr>
          <w:sz w:val="24"/>
          <w:szCs w:val="24"/>
        </w:rPr>
        <w:t>.</w:t>
      </w:r>
    </w:p>
    <w:p w:rsidR="002B35E3" w:rsidRDefault="00F843E8" w:rsidP="00F5261F">
      <w:pPr>
        <w:pStyle w:val="ListeParagraf"/>
        <w:numPr>
          <w:ilvl w:val="0"/>
          <w:numId w:val="56"/>
        </w:numPr>
        <w:rPr>
          <w:sz w:val="24"/>
          <w:szCs w:val="24"/>
        </w:rPr>
      </w:pPr>
      <w:r w:rsidRPr="00402877">
        <w:rPr>
          <w:sz w:val="24"/>
          <w:szCs w:val="24"/>
        </w:rPr>
        <w:t>Oylamalar; gündem maddesi öncesinde açıklanmak kaydıyla açık veya gizli yapılabilir.</w:t>
      </w:r>
    </w:p>
    <w:p w:rsidR="00F045FD" w:rsidRPr="00402877" w:rsidRDefault="00F045FD" w:rsidP="00F045FD">
      <w:pPr>
        <w:pStyle w:val="ListeParagraf"/>
        <w:ind w:left="360"/>
        <w:rPr>
          <w:sz w:val="24"/>
          <w:szCs w:val="24"/>
        </w:rPr>
      </w:pPr>
    </w:p>
    <w:p w:rsidR="002B35E3" w:rsidRDefault="00F045FD" w:rsidP="00F045FD">
      <w:pPr>
        <w:pStyle w:val="ListeParagraf"/>
        <w:ind w:left="360" w:hanging="502"/>
        <w:rPr>
          <w:b/>
          <w:sz w:val="24"/>
          <w:szCs w:val="24"/>
        </w:rPr>
      </w:pPr>
      <w:r w:rsidRPr="00F045FD">
        <w:rPr>
          <w:b/>
          <w:sz w:val="24"/>
          <w:szCs w:val="24"/>
        </w:rPr>
        <w:t xml:space="preserve">MADDE 22- </w:t>
      </w:r>
      <w:r w:rsidR="001C3714" w:rsidRPr="00F045FD">
        <w:rPr>
          <w:b/>
          <w:sz w:val="24"/>
          <w:szCs w:val="24"/>
        </w:rPr>
        <w:t xml:space="preserve"> </w:t>
      </w:r>
      <w:r w:rsidR="00F843E8" w:rsidRPr="00F045FD">
        <w:rPr>
          <w:b/>
          <w:sz w:val="24"/>
          <w:szCs w:val="24"/>
        </w:rPr>
        <w:t xml:space="preserve">Görüşmelerin Yürütülmesi ve Söz Hakkı </w:t>
      </w:r>
    </w:p>
    <w:p w:rsidR="009B1FF2" w:rsidRPr="00F045FD" w:rsidRDefault="009B1FF2" w:rsidP="00F045FD">
      <w:pPr>
        <w:pStyle w:val="ListeParagraf"/>
        <w:ind w:left="360" w:hanging="502"/>
        <w:rPr>
          <w:b/>
          <w:sz w:val="24"/>
          <w:szCs w:val="24"/>
        </w:rPr>
      </w:pPr>
    </w:p>
    <w:p w:rsidR="001C3714" w:rsidRPr="00402877" w:rsidRDefault="00F843E8" w:rsidP="00F5261F">
      <w:pPr>
        <w:pStyle w:val="ListeParagraf"/>
        <w:numPr>
          <w:ilvl w:val="0"/>
          <w:numId w:val="31"/>
        </w:numPr>
        <w:jc w:val="both"/>
        <w:rPr>
          <w:sz w:val="24"/>
          <w:szCs w:val="24"/>
        </w:rPr>
      </w:pPr>
      <w:r w:rsidRPr="00402877">
        <w:rPr>
          <w:sz w:val="24"/>
          <w:szCs w:val="24"/>
        </w:rPr>
        <w:t>Görüşmeler; katılımcı ve kapsayıcı bir ortamda yürütülür. Her üyenin söz alma hakkı vardır; söz sırası Meclis Başkanı tarafından belirlenir.</w:t>
      </w:r>
    </w:p>
    <w:p w:rsidR="001C3714" w:rsidRPr="00402877" w:rsidRDefault="00F843E8" w:rsidP="00F5261F">
      <w:pPr>
        <w:pStyle w:val="ListeParagraf"/>
        <w:numPr>
          <w:ilvl w:val="0"/>
          <w:numId w:val="31"/>
        </w:numPr>
        <w:jc w:val="both"/>
        <w:rPr>
          <w:sz w:val="24"/>
          <w:szCs w:val="24"/>
        </w:rPr>
      </w:pPr>
      <w:r w:rsidRPr="00402877">
        <w:rPr>
          <w:sz w:val="24"/>
          <w:szCs w:val="24"/>
        </w:rPr>
        <w:t>Toplantı sonunda görüşülen gündem maddeleri özetlenir; tutanak altına alınır.</w:t>
      </w:r>
    </w:p>
    <w:p w:rsidR="002B35E3" w:rsidRPr="00402877" w:rsidRDefault="00F843E8" w:rsidP="00F5261F">
      <w:pPr>
        <w:pStyle w:val="ListeParagraf"/>
        <w:numPr>
          <w:ilvl w:val="0"/>
          <w:numId w:val="31"/>
        </w:numPr>
        <w:jc w:val="both"/>
        <w:rPr>
          <w:sz w:val="24"/>
          <w:szCs w:val="24"/>
        </w:rPr>
      </w:pPr>
      <w:r w:rsidRPr="00402877">
        <w:rPr>
          <w:sz w:val="24"/>
          <w:szCs w:val="24"/>
        </w:rPr>
        <w:t>Tutanaklar Meclis Başkanı ve Raportör tarafından imzalanır; arşivlenir.</w:t>
      </w:r>
    </w:p>
    <w:p w:rsidR="00F045FD" w:rsidRPr="00F045FD" w:rsidRDefault="00F045FD" w:rsidP="00F045FD">
      <w:pPr>
        <w:pStyle w:val="ListeParagraf"/>
        <w:ind w:left="360"/>
        <w:rPr>
          <w:b/>
          <w:sz w:val="24"/>
          <w:szCs w:val="24"/>
        </w:rPr>
      </w:pPr>
    </w:p>
    <w:p w:rsidR="002B35E3" w:rsidRDefault="00F045FD" w:rsidP="00F045FD">
      <w:pPr>
        <w:pStyle w:val="ListeParagraf"/>
        <w:ind w:left="360" w:hanging="502"/>
        <w:rPr>
          <w:b/>
          <w:sz w:val="24"/>
          <w:szCs w:val="24"/>
        </w:rPr>
      </w:pPr>
      <w:r w:rsidRPr="00F045FD">
        <w:rPr>
          <w:b/>
          <w:sz w:val="24"/>
          <w:szCs w:val="24"/>
        </w:rPr>
        <w:t>MADDE 23-</w:t>
      </w:r>
      <w:r w:rsidR="001C3714" w:rsidRPr="00F045FD">
        <w:rPr>
          <w:b/>
          <w:sz w:val="24"/>
          <w:szCs w:val="24"/>
        </w:rPr>
        <w:t xml:space="preserve"> </w:t>
      </w:r>
      <w:r w:rsidR="00F843E8" w:rsidRPr="00F045FD">
        <w:rPr>
          <w:b/>
          <w:sz w:val="24"/>
          <w:szCs w:val="24"/>
        </w:rPr>
        <w:t xml:space="preserve">Soru Hakkı ve Cevaplandırma </w:t>
      </w:r>
    </w:p>
    <w:p w:rsidR="009B1FF2" w:rsidRPr="00F045FD" w:rsidRDefault="009B1FF2" w:rsidP="00F045FD">
      <w:pPr>
        <w:pStyle w:val="ListeParagraf"/>
        <w:ind w:left="360" w:hanging="502"/>
        <w:rPr>
          <w:b/>
          <w:sz w:val="24"/>
          <w:szCs w:val="24"/>
        </w:rPr>
      </w:pPr>
    </w:p>
    <w:p w:rsidR="001C3714" w:rsidRPr="00402877" w:rsidRDefault="00F843E8" w:rsidP="00F5261F">
      <w:pPr>
        <w:pStyle w:val="ListeParagraf"/>
        <w:numPr>
          <w:ilvl w:val="0"/>
          <w:numId w:val="57"/>
        </w:numPr>
        <w:jc w:val="both"/>
        <w:rPr>
          <w:sz w:val="24"/>
          <w:szCs w:val="24"/>
        </w:rPr>
      </w:pPr>
      <w:r w:rsidRPr="00402877">
        <w:rPr>
          <w:sz w:val="24"/>
          <w:szCs w:val="24"/>
        </w:rPr>
        <w:t>Üyeler; meclis çalışmaları, kararlar ve faaliyetler hakkında başkana sözlü veya yazılı soru yöneltebilir.</w:t>
      </w:r>
    </w:p>
    <w:p w:rsidR="002B35E3" w:rsidRDefault="00F843E8" w:rsidP="00F5261F">
      <w:pPr>
        <w:pStyle w:val="ListeParagraf"/>
        <w:numPr>
          <w:ilvl w:val="0"/>
          <w:numId w:val="57"/>
        </w:numPr>
        <w:jc w:val="both"/>
        <w:rPr>
          <w:sz w:val="24"/>
          <w:szCs w:val="24"/>
        </w:rPr>
      </w:pPr>
      <w:r w:rsidRPr="00402877">
        <w:rPr>
          <w:sz w:val="24"/>
          <w:szCs w:val="24"/>
        </w:rPr>
        <w:t>Başkan; soruları toplantı sırasında veya en geç bir sonraki toplantıda cevaplandırır. Gerektiğinde ilgili komisyon veya belediye birimlerine yönlendirilir.</w:t>
      </w:r>
    </w:p>
    <w:p w:rsidR="00F045FD" w:rsidRPr="00402877" w:rsidRDefault="00F045FD" w:rsidP="00F045FD">
      <w:pPr>
        <w:pStyle w:val="ListeParagraf"/>
        <w:ind w:left="360"/>
        <w:rPr>
          <w:sz w:val="24"/>
          <w:szCs w:val="24"/>
        </w:rPr>
      </w:pPr>
    </w:p>
    <w:p w:rsidR="002B35E3" w:rsidRDefault="00F045FD" w:rsidP="00F045FD">
      <w:pPr>
        <w:pStyle w:val="ListeParagraf"/>
        <w:ind w:left="360" w:hanging="502"/>
        <w:rPr>
          <w:b/>
          <w:sz w:val="24"/>
          <w:szCs w:val="24"/>
        </w:rPr>
      </w:pPr>
      <w:r w:rsidRPr="00F045FD">
        <w:rPr>
          <w:b/>
          <w:sz w:val="24"/>
          <w:szCs w:val="24"/>
        </w:rPr>
        <w:t>MADDE 24-</w:t>
      </w:r>
      <w:r w:rsidR="001C3714" w:rsidRPr="00F045FD">
        <w:rPr>
          <w:b/>
          <w:sz w:val="24"/>
          <w:szCs w:val="24"/>
        </w:rPr>
        <w:t xml:space="preserve"> </w:t>
      </w:r>
      <w:r w:rsidR="00F843E8" w:rsidRPr="00F045FD">
        <w:rPr>
          <w:b/>
          <w:sz w:val="24"/>
          <w:szCs w:val="24"/>
        </w:rPr>
        <w:t xml:space="preserve">Düzen ve İntizam </w:t>
      </w:r>
    </w:p>
    <w:p w:rsidR="009B1FF2" w:rsidRPr="00F045FD" w:rsidRDefault="009B1FF2" w:rsidP="00F045FD">
      <w:pPr>
        <w:pStyle w:val="ListeParagraf"/>
        <w:ind w:left="360" w:hanging="502"/>
        <w:rPr>
          <w:b/>
          <w:sz w:val="24"/>
          <w:szCs w:val="24"/>
        </w:rPr>
      </w:pPr>
    </w:p>
    <w:p w:rsidR="001C3714" w:rsidRPr="00402877" w:rsidRDefault="00F843E8" w:rsidP="00F5261F">
      <w:pPr>
        <w:pStyle w:val="ListeParagraf"/>
        <w:numPr>
          <w:ilvl w:val="0"/>
          <w:numId w:val="58"/>
        </w:numPr>
        <w:jc w:val="both"/>
        <w:rPr>
          <w:sz w:val="24"/>
          <w:szCs w:val="24"/>
        </w:rPr>
      </w:pPr>
      <w:r w:rsidRPr="00402877">
        <w:rPr>
          <w:sz w:val="24"/>
          <w:szCs w:val="24"/>
        </w:rPr>
        <w:t>Toplantı düzeninden Meclis Başkanı sorumludur. Söz kesme, saygısız davranış ve toplantıyı aksatacak tutumlara izin verilmez.</w:t>
      </w:r>
    </w:p>
    <w:p w:rsidR="00681C92" w:rsidRDefault="00F843E8" w:rsidP="00F5261F">
      <w:pPr>
        <w:pStyle w:val="ListeParagraf"/>
        <w:numPr>
          <w:ilvl w:val="0"/>
          <w:numId w:val="58"/>
        </w:numPr>
        <w:jc w:val="both"/>
        <w:rPr>
          <w:sz w:val="24"/>
          <w:szCs w:val="24"/>
        </w:rPr>
      </w:pPr>
      <w:r w:rsidRPr="00402877">
        <w:rPr>
          <w:sz w:val="24"/>
          <w:szCs w:val="24"/>
        </w:rPr>
        <w:t>Uyarıya rağmen davranışın sürmesi halinde toplantıya ara verilebilir. Tüm uygulamalarda güvenli katılım ilkesi gözetilir.</w:t>
      </w:r>
    </w:p>
    <w:p w:rsidR="00F045FD" w:rsidRPr="00402877" w:rsidRDefault="00F045FD" w:rsidP="00F045FD">
      <w:pPr>
        <w:pStyle w:val="ListeParagraf"/>
        <w:ind w:left="360"/>
        <w:rPr>
          <w:sz w:val="24"/>
          <w:szCs w:val="24"/>
        </w:rPr>
      </w:pPr>
    </w:p>
    <w:p w:rsidR="002B35E3" w:rsidRDefault="00F045FD" w:rsidP="00F045FD">
      <w:pPr>
        <w:pStyle w:val="ListeParagraf"/>
        <w:ind w:left="360" w:hanging="502"/>
        <w:rPr>
          <w:b/>
          <w:sz w:val="24"/>
          <w:szCs w:val="24"/>
        </w:rPr>
      </w:pPr>
      <w:r w:rsidRPr="00F045FD">
        <w:rPr>
          <w:b/>
          <w:sz w:val="24"/>
          <w:szCs w:val="24"/>
        </w:rPr>
        <w:t xml:space="preserve">MADDE 25- </w:t>
      </w:r>
      <w:r w:rsidR="001C3714" w:rsidRPr="00F045FD">
        <w:rPr>
          <w:b/>
          <w:sz w:val="24"/>
          <w:szCs w:val="24"/>
        </w:rPr>
        <w:t xml:space="preserve"> </w:t>
      </w:r>
      <w:r w:rsidR="00F843E8" w:rsidRPr="00F045FD">
        <w:rPr>
          <w:b/>
          <w:sz w:val="24"/>
          <w:szCs w:val="24"/>
        </w:rPr>
        <w:t xml:space="preserve">Kararların Kayıt Altına Alınması, İzlenmesi ve Duyurulması </w:t>
      </w:r>
    </w:p>
    <w:p w:rsidR="009B1FF2" w:rsidRPr="00F045FD" w:rsidRDefault="009B1FF2" w:rsidP="00F045FD">
      <w:pPr>
        <w:pStyle w:val="ListeParagraf"/>
        <w:ind w:left="360" w:hanging="502"/>
        <w:rPr>
          <w:b/>
          <w:sz w:val="24"/>
          <w:szCs w:val="24"/>
        </w:rPr>
      </w:pPr>
    </w:p>
    <w:p w:rsidR="001C3714" w:rsidRPr="00402877" w:rsidRDefault="00F843E8" w:rsidP="00F5261F">
      <w:pPr>
        <w:pStyle w:val="ListeParagraf"/>
        <w:numPr>
          <w:ilvl w:val="0"/>
          <w:numId w:val="59"/>
        </w:numPr>
        <w:jc w:val="both"/>
        <w:rPr>
          <w:sz w:val="24"/>
          <w:szCs w:val="24"/>
        </w:rPr>
      </w:pPr>
      <w:r w:rsidRPr="00402877">
        <w:rPr>
          <w:sz w:val="24"/>
          <w:szCs w:val="24"/>
        </w:rPr>
        <w:t>Alınan kararlar karar defterine kaydedilir. Karar özetleri ve uygulama adımları Yürütme Ekibi tarafından izlenir.</w:t>
      </w:r>
    </w:p>
    <w:p w:rsidR="005713EB" w:rsidRPr="00402877" w:rsidRDefault="00F843E8" w:rsidP="00F5261F">
      <w:pPr>
        <w:pStyle w:val="ListeParagraf"/>
        <w:numPr>
          <w:ilvl w:val="0"/>
          <w:numId w:val="59"/>
        </w:numPr>
        <w:jc w:val="both"/>
        <w:rPr>
          <w:sz w:val="24"/>
          <w:szCs w:val="24"/>
        </w:rPr>
      </w:pPr>
      <w:r w:rsidRPr="00402877">
        <w:rPr>
          <w:sz w:val="24"/>
          <w:szCs w:val="24"/>
        </w:rPr>
        <w:t>Kararların ilgili belediye birimlerine iletimi; resmi yazışma kanalları ve/veya kurumsal iç iletişim usulleriyle yürütülür.</w:t>
      </w:r>
    </w:p>
    <w:p w:rsidR="00B44A6A" w:rsidRPr="00402877" w:rsidRDefault="00F843E8" w:rsidP="00F5261F">
      <w:pPr>
        <w:pStyle w:val="ListeParagraf"/>
        <w:numPr>
          <w:ilvl w:val="0"/>
          <w:numId w:val="59"/>
        </w:numPr>
        <w:jc w:val="both"/>
        <w:rPr>
          <w:sz w:val="24"/>
          <w:szCs w:val="24"/>
        </w:rPr>
      </w:pPr>
      <w:r w:rsidRPr="00402877">
        <w:rPr>
          <w:sz w:val="24"/>
          <w:szCs w:val="24"/>
        </w:rPr>
        <w:t>Üyelere ve velilere geri bildirim; kararların mahiyetine göre duyuru/özet bilgilendirme şeklinde yapılır.</w:t>
      </w:r>
    </w:p>
    <w:p w:rsidR="00E80CEB" w:rsidRPr="00F045FD" w:rsidRDefault="00F045FD" w:rsidP="00F045FD">
      <w:pPr>
        <w:ind w:hanging="142"/>
        <w:rPr>
          <w:b/>
          <w:sz w:val="24"/>
          <w:szCs w:val="24"/>
        </w:rPr>
      </w:pPr>
      <w:r>
        <w:rPr>
          <w:b/>
          <w:sz w:val="24"/>
          <w:szCs w:val="24"/>
        </w:rPr>
        <w:t>MADDE 26</w:t>
      </w:r>
      <w:r w:rsidR="00402877" w:rsidRPr="00402877">
        <w:rPr>
          <w:b/>
          <w:sz w:val="24"/>
          <w:szCs w:val="24"/>
        </w:rPr>
        <w:t xml:space="preserve"> - Çocuk Meclisi Kararlarının Niteliği ve İzlenmesi</w:t>
      </w:r>
    </w:p>
    <w:p w:rsidR="00E80CEB" w:rsidRPr="00402877" w:rsidRDefault="00E80CEB" w:rsidP="00F5261F">
      <w:pPr>
        <w:pStyle w:val="ListeParagraf"/>
        <w:numPr>
          <w:ilvl w:val="0"/>
          <w:numId w:val="32"/>
        </w:numPr>
        <w:jc w:val="both"/>
        <w:rPr>
          <w:sz w:val="24"/>
          <w:szCs w:val="24"/>
        </w:rPr>
      </w:pPr>
      <w:r w:rsidRPr="00402877">
        <w:rPr>
          <w:sz w:val="24"/>
          <w:szCs w:val="24"/>
        </w:rPr>
        <w:t>Çocuk Meclisi kararları; çocukların görüş, öneri ve taleplerini Belediye yönetimine ve ilgili kurumlara ileten katılımcı ve danışma niteliğindeki kararlardır. Bu kararlar, Belediye Meclisinin, Belediye Başkanının ve diğer yetkili orga</w:t>
      </w:r>
      <w:r w:rsidR="009B1FF2">
        <w:rPr>
          <w:sz w:val="24"/>
          <w:szCs w:val="24"/>
        </w:rPr>
        <w:t>nların mevzuattan doğan görev v</w:t>
      </w:r>
      <w:r w:rsidRPr="00402877">
        <w:rPr>
          <w:sz w:val="24"/>
          <w:szCs w:val="24"/>
        </w:rPr>
        <w:t>e yetkileri yerine geçmez.</w:t>
      </w:r>
    </w:p>
    <w:p w:rsidR="00E80CEB" w:rsidRPr="00402877" w:rsidRDefault="00E80CEB" w:rsidP="00F5261F">
      <w:pPr>
        <w:pStyle w:val="ListeParagraf"/>
        <w:numPr>
          <w:ilvl w:val="0"/>
          <w:numId w:val="32"/>
        </w:numPr>
        <w:jc w:val="both"/>
        <w:rPr>
          <w:sz w:val="24"/>
          <w:szCs w:val="24"/>
        </w:rPr>
      </w:pPr>
      <w:r w:rsidRPr="00402877">
        <w:rPr>
          <w:sz w:val="24"/>
          <w:szCs w:val="24"/>
        </w:rPr>
        <w:lastRenderedPageBreak/>
        <w:t>Genel kurul tarafından alınan kararlar, Müdürlük aracılığıyla konusuna göre ilgili belediye birimlerine veya ilgili makamlara iletilir.</w:t>
      </w:r>
    </w:p>
    <w:p w:rsidR="00E80CEB" w:rsidRPr="00402877" w:rsidRDefault="00E80CEB" w:rsidP="00F5261F">
      <w:pPr>
        <w:pStyle w:val="ListeParagraf"/>
        <w:numPr>
          <w:ilvl w:val="0"/>
          <w:numId w:val="32"/>
        </w:numPr>
        <w:jc w:val="both"/>
        <w:rPr>
          <w:sz w:val="24"/>
          <w:szCs w:val="24"/>
        </w:rPr>
      </w:pPr>
      <w:r w:rsidRPr="00402877">
        <w:rPr>
          <w:sz w:val="24"/>
          <w:szCs w:val="24"/>
        </w:rPr>
        <w:t>İlgili birimlerce yapılan değerlendirmeler ile kararların uygulanma durumuna ilişkin bilgiler Çocuk Meclisine bildirilir.</w:t>
      </w:r>
    </w:p>
    <w:p w:rsidR="00E80CEB" w:rsidRPr="00402877" w:rsidRDefault="00E80CEB" w:rsidP="00F5261F">
      <w:pPr>
        <w:pStyle w:val="ListeParagraf"/>
        <w:numPr>
          <w:ilvl w:val="0"/>
          <w:numId w:val="32"/>
        </w:numPr>
        <w:jc w:val="both"/>
        <w:rPr>
          <w:sz w:val="24"/>
          <w:szCs w:val="24"/>
        </w:rPr>
      </w:pPr>
      <w:r w:rsidRPr="00402877">
        <w:rPr>
          <w:sz w:val="24"/>
          <w:szCs w:val="24"/>
        </w:rPr>
        <w:t>Kararların durumu; “ilgili birime iletildi, değerlendirmede uygulanıyor, tamamlandı veya gerekçesiyle uygulanmadı” şeklinde takip edilir.</w:t>
      </w:r>
    </w:p>
    <w:p w:rsidR="00940067" w:rsidRPr="009D1E88" w:rsidRDefault="00940067" w:rsidP="00A5026C">
      <w:pPr>
        <w:rPr>
          <w:sz w:val="24"/>
          <w:szCs w:val="24"/>
        </w:rPr>
      </w:pPr>
    </w:p>
    <w:p w:rsidR="002B35E3" w:rsidRPr="00402877" w:rsidRDefault="00F843E8" w:rsidP="00402877">
      <w:pPr>
        <w:jc w:val="center"/>
        <w:rPr>
          <w:b/>
        </w:rPr>
      </w:pPr>
      <w:r w:rsidRPr="00402877">
        <w:rPr>
          <w:b/>
          <w:sz w:val="24"/>
        </w:rPr>
        <w:t>BEŞİNCİ BÖLÜM</w:t>
      </w:r>
      <w:r w:rsidRPr="00402877">
        <w:rPr>
          <w:b/>
          <w:sz w:val="24"/>
        </w:rPr>
        <w:br/>
        <w:t>Komisyonların Kurulması ve Çalışma Usulleri</w:t>
      </w:r>
    </w:p>
    <w:p w:rsidR="00DE7F08" w:rsidRPr="009D1E88" w:rsidRDefault="00661B58" w:rsidP="00DE7F08">
      <w:pPr>
        <w:rPr>
          <w:sz w:val="24"/>
          <w:szCs w:val="24"/>
        </w:rPr>
      </w:pPr>
      <w:r>
        <w:rPr>
          <w:b/>
          <w:sz w:val="24"/>
          <w:szCs w:val="24"/>
        </w:rPr>
        <w:t>MADDE 27</w:t>
      </w:r>
      <w:r w:rsidR="005713EB" w:rsidRPr="00DE7F08">
        <w:rPr>
          <w:b/>
          <w:sz w:val="24"/>
          <w:szCs w:val="24"/>
        </w:rPr>
        <w:t xml:space="preserve"> </w:t>
      </w:r>
      <w:r w:rsidR="00DE7F08" w:rsidRPr="00DE7F08">
        <w:rPr>
          <w:b/>
          <w:sz w:val="24"/>
          <w:szCs w:val="24"/>
        </w:rPr>
        <w:t>–</w:t>
      </w:r>
      <w:r w:rsidR="00DE7F08">
        <w:rPr>
          <w:sz w:val="24"/>
          <w:szCs w:val="24"/>
        </w:rPr>
        <w:t xml:space="preserve"> </w:t>
      </w:r>
      <w:r w:rsidR="00DE7F08" w:rsidRPr="00DE7F08">
        <w:rPr>
          <w:b/>
          <w:sz w:val="24"/>
          <w:szCs w:val="24"/>
        </w:rPr>
        <w:t>Komisyonların Oluşturulması</w:t>
      </w:r>
      <w:r w:rsidR="00DE7F08" w:rsidRPr="009D1E88">
        <w:rPr>
          <w:sz w:val="24"/>
          <w:szCs w:val="24"/>
        </w:rPr>
        <w:t xml:space="preserve"> </w:t>
      </w:r>
    </w:p>
    <w:p w:rsidR="002B35E3" w:rsidRPr="00DE7F08" w:rsidRDefault="00722A36" w:rsidP="00F5261F">
      <w:pPr>
        <w:pStyle w:val="ListeParagraf"/>
        <w:numPr>
          <w:ilvl w:val="0"/>
          <w:numId w:val="33"/>
        </w:numPr>
        <w:jc w:val="both"/>
        <w:rPr>
          <w:sz w:val="24"/>
          <w:szCs w:val="24"/>
        </w:rPr>
      </w:pPr>
      <w:r w:rsidRPr="00DE7F08">
        <w:rPr>
          <w:sz w:val="24"/>
          <w:szCs w:val="24"/>
        </w:rPr>
        <w:t xml:space="preserve">Çocuk Meclisi bünyesinde, çocukların ilgi alanlar, görüşleri ve yerel düzeyde çocukları ilgilendiren konular doğrultusunda aşağıdaki komisyonlar oluşturulabilir: </w:t>
      </w:r>
    </w:p>
    <w:p w:rsidR="00722A36" w:rsidRPr="00DE7F08" w:rsidRDefault="00722A36" w:rsidP="00F5261F">
      <w:pPr>
        <w:pStyle w:val="ListeParagraf"/>
        <w:numPr>
          <w:ilvl w:val="0"/>
          <w:numId w:val="33"/>
        </w:numPr>
        <w:jc w:val="both"/>
        <w:rPr>
          <w:sz w:val="24"/>
          <w:szCs w:val="24"/>
        </w:rPr>
      </w:pPr>
      <w:r w:rsidRPr="00DE7F08">
        <w:rPr>
          <w:sz w:val="24"/>
          <w:szCs w:val="24"/>
        </w:rPr>
        <w:t>Eğitim, Kültür ve Sanat Komisyonu: Çocukların eğitim yaşamı, kültür ve sanat faaliyetlerine erişimi, kütüphane hizmetleri, sanatsal etkinlikler, kültürel çalışmalar ve çocukların bu alanlardaki görüş ve öneriler</w:t>
      </w:r>
      <w:r w:rsidR="009B1FF2">
        <w:rPr>
          <w:sz w:val="24"/>
          <w:szCs w:val="24"/>
        </w:rPr>
        <w:t>i üzerine çalışmalar yürütülür.</w:t>
      </w:r>
    </w:p>
    <w:p w:rsidR="00722A36" w:rsidRPr="00DE7F08" w:rsidRDefault="00722A36" w:rsidP="00F5261F">
      <w:pPr>
        <w:pStyle w:val="ListeParagraf"/>
        <w:numPr>
          <w:ilvl w:val="0"/>
          <w:numId w:val="33"/>
        </w:numPr>
        <w:jc w:val="both"/>
        <w:rPr>
          <w:sz w:val="24"/>
          <w:szCs w:val="24"/>
        </w:rPr>
      </w:pPr>
      <w:r w:rsidRPr="00DE7F08">
        <w:rPr>
          <w:sz w:val="24"/>
          <w:szCs w:val="24"/>
        </w:rPr>
        <w:t>Çevre, İklim ve Doğa Komisyonu: Çevrenin korunması, iklim değişikliği, geri dönüşüm, yeşil alanlar, parklar, doğa ve hayvanların korunması ile çocukların çevreye ilişkin görüş ve önerilerine yönelik çalışmalar yürütür.</w:t>
      </w:r>
    </w:p>
    <w:p w:rsidR="00722A36" w:rsidRPr="00DE7F08" w:rsidRDefault="00722A36" w:rsidP="00F5261F">
      <w:pPr>
        <w:pStyle w:val="ListeParagraf"/>
        <w:numPr>
          <w:ilvl w:val="0"/>
          <w:numId w:val="33"/>
        </w:numPr>
        <w:jc w:val="both"/>
        <w:rPr>
          <w:sz w:val="24"/>
          <w:szCs w:val="24"/>
        </w:rPr>
      </w:pPr>
      <w:r w:rsidRPr="00DE7F08">
        <w:rPr>
          <w:sz w:val="24"/>
          <w:szCs w:val="24"/>
        </w:rPr>
        <w:t>Spor, Sağlık ve Sağlıklı Yaşam Komisyonu: Çocukların spor faaliyetlerine erişimi, hareketli yaşam, sağlıklı yaşam alışkanlıkları, çocukların kullanımına yönelik spor alanları ve çocukların bu alanlardaki ihtiyaç ve önerileri üzerine çalışmalar yürütür.</w:t>
      </w:r>
    </w:p>
    <w:p w:rsidR="00722A36" w:rsidRPr="00DE7F08" w:rsidRDefault="00722A36" w:rsidP="00F5261F">
      <w:pPr>
        <w:pStyle w:val="ListeParagraf"/>
        <w:numPr>
          <w:ilvl w:val="0"/>
          <w:numId w:val="33"/>
        </w:numPr>
        <w:jc w:val="both"/>
        <w:rPr>
          <w:sz w:val="24"/>
          <w:szCs w:val="24"/>
        </w:rPr>
      </w:pPr>
      <w:r w:rsidRPr="00DE7F08">
        <w:rPr>
          <w:sz w:val="24"/>
          <w:szCs w:val="24"/>
        </w:rPr>
        <w:t xml:space="preserve">Dijital Yaşam, Teknoloji ve Güvenli İnternet Komisyonu: Çocukların dijital dünyadaki deneyimleri, güvenli internet kullanımı, dijital haklar, teknolojiye erişim, dijital zorbalık ve </w:t>
      </w:r>
      <w:r w:rsidR="00BB571C" w:rsidRPr="00DE7F08">
        <w:rPr>
          <w:sz w:val="24"/>
          <w:szCs w:val="24"/>
        </w:rPr>
        <w:t>teknolojinin çocukların yaşamına etkileri konusunda çalışmalar yürütür.</w:t>
      </w:r>
    </w:p>
    <w:p w:rsidR="00BB571C" w:rsidRPr="00DE7F08" w:rsidRDefault="00BB571C" w:rsidP="00F5261F">
      <w:pPr>
        <w:pStyle w:val="ListeParagraf"/>
        <w:numPr>
          <w:ilvl w:val="0"/>
          <w:numId w:val="33"/>
        </w:numPr>
        <w:jc w:val="both"/>
        <w:rPr>
          <w:sz w:val="24"/>
          <w:szCs w:val="24"/>
        </w:rPr>
      </w:pPr>
      <w:r w:rsidRPr="00DE7F08">
        <w:rPr>
          <w:sz w:val="24"/>
          <w:szCs w:val="24"/>
        </w:rPr>
        <w:t>Sosyal Dayanışma ve Gönüllülük Komisyonu: Çocuklar arasında dayanışmanın geliştirilmesi, sosyal sorumluluk, gönüllülük, toplumsal dayanışma ve çocukların yaşadıkları kentte dayanışmaya yönelik geliştirecekleri önerileri üzerine çalışmalar yürütür.</w:t>
      </w:r>
    </w:p>
    <w:p w:rsidR="00BB571C" w:rsidRPr="00DE7F08" w:rsidRDefault="00BB571C" w:rsidP="00F5261F">
      <w:pPr>
        <w:pStyle w:val="ListeParagraf"/>
        <w:numPr>
          <w:ilvl w:val="0"/>
          <w:numId w:val="33"/>
        </w:numPr>
        <w:jc w:val="both"/>
        <w:rPr>
          <w:sz w:val="24"/>
          <w:szCs w:val="24"/>
        </w:rPr>
      </w:pPr>
      <w:r w:rsidRPr="00DE7F08">
        <w:rPr>
          <w:sz w:val="24"/>
          <w:szCs w:val="24"/>
        </w:rPr>
        <w:t xml:space="preserve">Çocukların ihtiyaçları, güncel konular veya Çocuk Meclisinin çalışma öncelikleri doğrultusunda Genel Kurur kararıyla yeni komisyonlar oluşturulabilir, mevcut komisyonların çalışma alanları güncellenebilir veya birbiriyle ilişkili komisyonlar birleştirilebilir. </w:t>
      </w:r>
    </w:p>
    <w:p w:rsidR="00BB571C" w:rsidRPr="00DE7F08" w:rsidRDefault="00BB571C" w:rsidP="00F5261F">
      <w:pPr>
        <w:pStyle w:val="ListeParagraf"/>
        <w:numPr>
          <w:ilvl w:val="0"/>
          <w:numId w:val="33"/>
        </w:numPr>
        <w:jc w:val="both"/>
        <w:rPr>
          <w:sz w:val="24"/>
          <w:szCs w:val="24"/>
        </w:rPr>
      </w:pPr>
      <w:r w:rsidRPr="00DE7F08">
        <w:rPr>
          <w:sz w:val="24"/>
          <w:szCs w:val="24"/>
        </w:rPr>
        <w:t>Komisyonların oluşturulmasında çocukların gönüllüğü ve ilgi alanları esas alınır. Her çalışma döneminde bütün komisyonların aktif olarak oluşturulması zorunlu değildir.</w:t>
      </w:r>
    </w:p>
    <w:p w:rsidR="00DE7F08" w:rsidRPr="00DE7F08" w:rsidRDefault="00BB571C" w:rsidP="00F5261F">
      <w:pPr>
        <w:pStyle w:val="ListeParagraf"/>
        <w:numPr>
          <w:ilvl w:val="0"/>
          <w:numId w:val="33"/>
        </w:numPr>
        <w:jc w:val="both"/>
        <w:rPr>
          <w:sz w:val="24"/>
          <w:szCs w:val="24"/>
        </w:rPr>
      </w:pPr>
      <w:r w:rsidRPr="00DE7F08">
        <w:rPr>
          <w:sz w:val="24"/>
          <w:szCs w:val="24"/>
        </w:rPr>
        <w:t xml:space="preserve">Komisyonlar, kendi çalışma alanlarında </w:t>
      </w:r>
      <w:r w:rsidR="002C35D5" w:rsidRPr="00DE7F08">
        <w:rPr>
          <w:sz w:val="24"/>
          <w:szCs w:val="24"/>
        </w:rPr>
        <w:t xml:space="preserve">çocukların görüş ve ihtiyaçlarını belirlemek, öneriler geliştirmek, çalışma ve etkinlik önerileri hazırlamak ve hazırladıkları önerileri Genel </w:t>
      </w:r>
      <w:r w:rsidR="002C35D5" w:rsidRPr="00DE7F08">
        <w:rPr>
          <w:sz w:val="24"/>
          <w:szCs w:val="24"/>
        </w:rPr>
        <w:tab/>
        <w:t>Kurula sunmak amacıyla faaliyet gösterir.</w:t>
      </w:r>
    </w:p>
    <w:p w:rsidR="00DE7F08" w:rsidRPr="00DE7F08" w:rsidRDefault="00661B58" w:rsidP="00DE7F08">
      <w:pPr>
        <w:rPr>
          <w:b/>
          <w:sz w:val="24"/>
          <w:szCs w:val="24"/>
        </w:rPr>
      </w:pPr>
      <w:r>
        <w:rPr>
          <w:b/>
          <w:sz w:val="24"/>
          <w:szCs w:val="24"/>
        </w:rPr>
        <w:t>MADDE 28</w:t>
      </w:r>
      <w:r w:rsidR="005713EB" w:rsidRPr="00DE7F08">
        <w:rPr>
          <w:b/>
          <w:sz w:val="24"/>
          <w:szCs w:val="24"/>
        </w:rPr>
        <w:t xml:space="preserve"> – </w:t>
      </w:r>
      <w:r w:rsidR="00DE7F08" w:rsidRPr="00DE7F08">
        <w:rPr>
          <w:b/>
          <w:sz w:val="24"/>
          <w:szCs w:val="24"/>
        </w:rPr>
        <w:t xml:space="preserve">Komisyon Üye Sayısı ve Üyelik Sınırları </w:t>
      </w:r>
    </w:p>
    <w:p w:rsidR="005713EB" w:rsidRPr="00DE7F08" w:rsidRDefault="005713EB" w:rsidP="00F5261F">
      <w:pPr>
        <w:pStyle w:val="ListeParagraf"/>
        <w:numPr>
          <w:ilvl w:val="0"/>
          <w:numId w:val="34"/>
        </w:numPr>
        <w:rPr>
          <w:sz w:val="24"/>
          <w:szCs w:val="24"/>
        </w:rPr>
      </w:pPr>
      <w:r w:rsidRPr="00DE7F08">
        <w:rPr>
          <w:sz w:val="24"/>
          <w:szCs w:val="24"/>
        </w:rPr>
        <w:t>Çocuk Meclisi komisyon üyeleriyle ilgili bilgiler aşağıdaki kriterlere göre düzenlenir;</w:t>
      </w:r>
    </w:p>
    <w:p w:rsidR="005713EB" w:rsidRPr="00DE7F08" w:rsidRDefault="00F843E8" w:rsidP="00F5261F">
      <w:pPr>
        <w:pStyle w:val="ListeParagraf"/>
        <w:numPr>
          <w:ilvl w:val="0"/>
          <w:numId w:val="35"/>
        </w:numPr>
        <w:jc w:val="both"/>
        <w:rPr>
          <w:sz w:val="24"/>
          <w:szCs w:val="24"/>
        </w:rPr>
      </w:pPr>
      <w:r w:rsidRPr="00DE7F08">
        <w:rPr>
          <w:sz w:val="24"/>
          <w:szCs w:val="24"/>
        </w:rPr>
        <w:lastRenderedPageBreak/>
        <w:t>Her komisyonda en</w:t>
      </w:r>
      <w:r w:rsidR="009B1FF2">
        <w:rPr>
          <w:sz w:val="24"/>
          <w:szCs w:val="24"/>
        </w:rPr>
        <w:t xml:space="preserve"> az beş, en fazla on iki</w:t>
      </w:r>
      <w:r w:rsidR="005713EB" w:rsidRPr="00DE7F08">
        <w:rPr>
          <w:sz w:val="24"/>
          <w:szCs w:val="24"/>
        </w:rPr>
        <w:t xml:space="preserve"> üye yer alır.</w:t>
      </w:r>
    </w:p>
    <w:p w:rsidR="005713EB" w:rsidRPr="00DE7F08" w:rsidRDefault="00F843E8" w:rsidP="00F5261F">
      <w:pPr>
        <w:pStyle w:val="ListeParagraf"/>
        <w:numPr>
          <w:ilvl w:val="0"/>
          <w:numId w:val="35"/>
        </w:numPr>
        <w:jc w:val="both"/>
        <w:rPr>
          <w:sz w:val="24"/>
          <w:szCs w:val="24"/>
        </w:rPr>
      </w:pPr>
      <w:r w:rsidRPr="00DE7F08">
        <w:rPr>
          <w:sz w:val="24"/>
          <w:szCs w:val="24"/>
        </w:rPr>
        <w:t>Her üye en fazla iki komisyonda görev alabilir</w:t>
      </w:r>
      <w:r w:rsidR="005713EB" w:rsidRPr="00DE7F08">
        <w:rPr>
          <w:sz w:val="24"/>
          <w:szCs w:val="24"/>
        </w:rPr>
        <w:t>.</w:t>
      </w:r>
    </w:p>
    <w:p w:rsidR="009E75AC" w:rsidRPr="00DE7F08" w:rsidRDefault="00F843E8" w:rsidP="00F5261F">
      <w:pPr>
        <w:pStyle w:val="ListeParagraf"/>
        <w:numPr>
          <w:ilvl w:val="0"/>
          <w:numId w:val="35"/>
        </w:numPr>
        <w:jc w:val="both"/>
        <w:rPr>
          <w:sz w:val="24"/>
          <w:szCs w:val="24"/>
        </w:rPr>
      </w:pPr>
      <w:r w:rsidRPr="00DE7F08">
        <w:rPr>
          <w:sz w:val="24"/>
          <w:szCs w:val="24"/>
        </w:rPr>
        <w:t>Üye dağılımında yaş grubu ve ilçe dengesi gözetilir.</w:t>
      </w:r>
    </w:p>
    <w:p w:rsidR="00DE7F08" w:rsidRDefault="00661B58" w:rsidP="00A5026C">
      <w:pPr>
        <w:rPr>
          <w:sz w:val="24"/>
          <w:szCs w:val="24"/>
        </w:rPr>
      </w:pPr>
      <w:r>
        <w:rPr>
          <w:b/>
          <w:sz w:val="24"/>
          <w:szCs w:val="24"/>
        </w:rPr>
        <w:t>MADDE 29</w:t>
      </w:r>
      <w:r w:rsidR="005713EB" w:rsidRPr="00DE7F08">
        <w:rPr>
          <w:b/>
          <w:sz w:val="24"/>
          <w:szCs w:val="24"/>
        </w:rPr>
        <w:t xml:space="preserve"> </w:t>
      </w:r>
      <w:r w:rsidR="00DE7F08" w:rsidRPr="00DE7F08">
        <w:rPr>
          <w:b/>
          <w:sz w:val="24"/>
          <w:szCs w:val="24"/>
        </w:rPr>
        <w:t xml:space="preserve">– </w:t>
      </w:r>
      <w:r w:rsidR="005713EB" w:rsidRPr="00DE7F08">
        <w:rPr>
          <w:b/>
          <w:sz w:val="24"/>
          <w:szCs w:val="24"/>
        </w:rPr>
        <w:t xml:space="preserve"> </w:t>
      </w:r>
      <w:r w:rsidR="00DE7F08" w:rsidRPr="00DE7F08">
        <w:rPr>
          <w:b/>
          <w:sz w:val="24"/>
          <w:szCs w:val="24"/>
        </w:rPr>
        <w:t>Komisyon Üyelerinin Belirlenmesi ve Kura</w:t>
      </w:r>
      <w:r w:rsidR="00DE7F08" w:rsidRPr="009D1E88">
        <w:rPr>
          <w:sz w:val="24"/>
          <w:szCs w:val="24"/>
        </w:rPr>
        <w:t xml:space="preserve"> </w:t>
      </w:r>
    </w:p>
    <w:p w:rsidR="002B35E3" w:rsidRPr="00DE7F08" w:rsidRDefault="00F843E8" w:rsidP="00F5261F">
      <w:pPr>
        <w:pStyle w:val="ListeParagraf"/>
        <w:numPr>
          <w:ilvl w:val="0"/>
          <w:numId w:val="36"/>
        </w:numPr>
        <w:jc w:val="both"/>
        <w:rPr>
          <w:sz w:val="24"/>
          <w:szCs w:val="24"/>
        </w:rPr>
      </w:pPr>
      <w:r w:rsidRPr="00DE7F08">
        <w:rPr>
          <w:sz w:val="24"/>
          <w:szCs w:val="24"/>
        </w:rPr>
        <w:t>Komisyon üyeleri gönüllülük esasına göre belirlenir.</w:t>
      </w:r>
      <w:r w:rsidR="005713EB" w:rsidRPr="00DE7F08">
        <w:rPr>
          <w:sz w:val="24"/>
          <w:szCs w:val="24"/>
        </w:rPr>
        <w:t xml:space="preserve"> </w:t>
      </w:r>
      <w:r w:rsidRPr="00DE7F08">
        <w:rPr>
          <w:sz w:val="24"/>
          <w:szCs w:val="24"/>
        </w:rPr>
        <w:t>Başvuru sayısının üye sayısını aşması halinde, Yürütme Ekibi gözetiminde kura uygulanır ve kura tutanağı düzenlenir.</w:t>
      </w:r>
      <w:r w:rsidR="005713EB" w:rsidRPr="00DE7F08">
        <w:rPr>
          <w:sz w:val="24"/>
          <w:szCs w:val="24"/>
        </w:rPr>
        <w:t xml:space="preserve"> </w:t>
      </w:r>
      <w:r w:rsidRPr="00DE7F08">
        <w:rPr>
          <w:sz w:val="24"/>
          <w:szCs w:val="24"/>
        </w:rPr>
        <w:t>Komisyon üyelikleri her çalışma dönemi başında yeniden değerlendirilir; ihtiyaç halinde değişiklik yapılır.</w:t>
      </w:r>
    </w:p>
    <w:p w:rsidR="00DE7F08" w:rsidRPr="00DE7F08" w:rsidRDefault="00F44B38" w:rsidP="00DE7F08">
      <w:pPr>
        <w:rPr>
          <w:b/>
          <w:sz w:val="24"/>
          <w:szCs w:val="24"/>
        </w:rPr>
      </w:pPr>
      <w:r>
        <w:rPr>
          <w:b/>
          <w:sz w:val="24"/>
          <w:szCs w:val="24"/>
        </w:rPr>
        <w:t>MADDE 30</w:t>
      </w:r>
      <w:r w:rsidR="005713EB" w:rsidRPr="00DE7F08">
        <w:rPr>
          <w:b/>
          <w:sz w:val="24"/>
          <w:szCs w:val="24"/>
        </w:rPr>
        <w:t xml:space="preserve"> – </w:t>
      </w:r>
      <w:r w:rsidR="00DE7F08" w:rsidRPr="00DE7F08">
        <w:rPr>
          <w:b/>
          <w:sz w:val="24"/>
          <w:szCs w:val="24"/>
        </w:rPr>
        <w:t xml:space="preserve">Komisyon Başkanlığı ve Görev Dağılımı </w:t>
      </w:r>
    </w:p>
    <w:p w:rsidR="005713EB" w:rsidRPr="00DE7F08" w:rsidRDefault="00F843E8" w:rsidP="00F5261F">
      <w:pPr>
        <w:pStyle w:val="ListeParagraf"/>
        <w:numPr>
          <w:ilvl w:val="0"/>
          <w:numId w:val="37"/>
        </w:numPr>
        <w:jc w:val="both"/>
        <w:rPr>
          <w:sz w:val="24"/>
          <w:szCs w:val="24"/>
        </w:rPr>
      </w:pPr>
      <w:r w:rsidRPr="00DE7F08">
        <w:rPr>
          <w:sz w:val="24"/>
          <w:szCs w:val="24"/>
        </w:rPr>
        <w:t>Her komisyon kendi üyeleri arasından Komisyon Başkanı, B</w:t>
      </w:r>
      <w:r w:rsidR="005713EB" w:rsidRPr="00DE7F08">
        <w:rPr>
          <w:sz w:val="24"/>
          <w:szCs w:val="24"/>
        </w:rPr>
        <w:t>aşkan Yardımcısı ve Sözcü seçer;</w:t>
      </w:r>
    </w:p>
    <w:p w:rsidR="005713EB" w:rsidRPr="00DE7F08" w:rsidRDefault="00F843E8" w:rsidP="00F5261F">
      <w:pPr>
        <w:pStyle w:val="ListeParagraf"/>
        <w:numPr>
          <w:ilvl w:val="0"/>
          <w:numId w:val="38"/>
        </w:numPr>
        <w:jc w:val="both"/>
        <w:rPr>
          <w:sz w:val="24"/>
          <w:szCs w:val="24"/>
        </w:rPr>
      </w:pPr>
      <w:r w:rsidRPr="00DE7F08">
        <w:rPr>
          <w:sz w:val="24"/>
          <w:szCs w:val="24"/>
        </w:rPr>
        <w:t xml:space="preserve">Komisyon Başkanı; komisyon çalışmalarını koordine eder </w:t>
      </w:r>
      <w:r w:rsidR="005713EB" w:rsidRPr="00DE7F08">
        <w:rPr>
          <w:sz w:val="24"/>
          <w:szCs w:val="24"/>
        </w:rPr>
        <w:t>ve toplantılara başkanlık eder.</w:t>
      </w:r>
    </w:p>
    <w:p w:rsidR="005713EB" w:rsidRPr="00DE7F08" w:rsidRDefault="00F843E8" w:rsidP="00F5261F">
      <w:pPr>
        <w:pStyle w:val="ListeParagraf"/>
        <w:numPr>
          <w:ilvl w:val="0"/>
          <w:numId w:val="38"/>
        </w:numPr>
        <w:jc w:val="both"/>
        <w:rPr>
          <w:sz w:val="24"/>
          <w:szCs w:val="24"/>
        </w:rPr>
      </w:pPr>
      <w:r w:rsidRPr="00DE7F08">
        <w:rPr>
          <w:sz w:val="24"/>
          <w:szCs w:val="24"/>
        </w:rPr>
        <w:t>Başkan Yardımcısı başkanın yokluğunda görev yapar.</w:t>
      </w:r>
    </w:p>
    <w:p w:rsidR="00940067" w:rsidRPr="00DE7F08" w:rsidRDefault="00F843E8" w:rsidP="00F5261F">
      <w:pPr>
        <w:pStyle w:val="ListeParagraf"/>
        <w:numPr>
          <w:ilvl w:val="0"/>
          <w:numId w:val="38"/>
        </w:numPr>
        <w:jc w:val="both"/>
        <w:rPr>
          <w:sz w:val="24"/>
          <w:szCs w:val="24"/>
        </w:rPr>
      </w:pPr>
      <w:r w:rsidRPr="00DE7F08">
        <w:rPr>
          <w:sz w:val="24"/>
          <w:szCs w:val="24"/>
        </w:rPr>
        <w:t>Sözcü; komisyon kararlarının yazımını, raporların hazırlanmasını ve Genel Kurula sunulmasını sağlar.</w:t>
      </w:r>
    </w:p>
    <w:p w:rsidR="00DE7F08" w:rsidRDefault="00F44B38" w:rsidP="00DE7F08">
      <w:pPr>
        <w:rPr>
          <w:b/>
          <w:sz w:val="24"/>
          <w:szCs w:val="24"/>
        </w:rPr>
      </w:pPr>
      <w:r>
        <w:rPr>
          <w:b/>
          <w:sz w:val="24"/>
          <w:szCs w:val="24"/>
        </w:rPr>
        <w:t>MADDE 31</w:t>
      </w:r>
      <w:r w:rsidR="005713EB" w:rsidRPr="00DE7F08">
        <w:rPr>
          <w:b/>
          <w:sz w:val="24"/>
          <w:szCs w:val="24"/>
        </w:rPr>
        <w:t xml:space="preserve"> – </w:t>
      </w:r>
      <w:r w:rsidR="00DE7F08" w:rsidRPr="00DE7F08">
        <w:rPr>
          <w:b/>
          <w:sz w:val="24"/>
          <w:szCs w:val="24"/>
        </w:rPr>
        <w:t xml:space="preserve"> Komisyon Toplantıları ve Raporlama </w:t>
      </w:r>
    </w:p>
    <w:p w:rsidR="009E75AC" w:rsidRPr="00DE7F08" w:rsidRDefault="00F843E8" w:rsidP="00F5261F">
      <w:pPr>
        <w:pStyle w:val="ListeParagraf"/>
        <w:numPr>
          <w:ilvl w:val="0"/>
          <w:numId w:val="39"/>
        </w:numPr>
        <w:jc w:val="both"/>
        <w:rPr>
          <w:b/>
          <w:sz w:val="24"/>
          <w:szCs w:val="24"/>
        </w:rPr>
      </w:pPr>
      <w:r w:rsidRPr="00DE7F08">
        <w:rPr>
          <w:sz w:val="24"/>
          <w:szCs w:val="24"/>
        </w:rPr>
        <w:t>Komisyonlar en az ayda bir kez toplanır; yüz yüze veya çevrim içi yöntemler kullanılabilir.</w:t>
      </w:r>
      <w:r w:rsidR="005713EB" w:rsidRPr="00DE7F08">
        <w:rPr>
          <w:sz w:val="24"/>
          <w:szCs w:val="24"/>
        </w:rPr>
        <w:t xml:space="preserve"> </w:t>
      </w:r>
      <w:r w:rsidRPr="00DE7F08">
        <w:rPr>
          <w:sz w:val="24"/>
          <w:szCs w:val="24"/>
        </w:rPr>
        <w:t>Komisyon toplantıları; üye tam sayısının yarıdan bir fazlası ile yapılır; kararlar katılanların salt çoğunluğu ile alınır.</w:t>
      </w:r>
      <w:r w:rsidR="005713EB" w:rsidRPr="00DE7F08">
        <w:rPr>
          <w:sz w:val="24"/>
          <w:szCs w:val="24"/>
        </w:rPr>
        <w:t xml:space="preserve"> </w:t>
      </w:r>
      <w:r w:rsidRPr="00DE7F08">
        <w:rPr>
          <w:sz w:val="24"/>
          <w:szCs w:val="24"/>
        </w:rPr>
        <w:t>Komisyonlar çalışmalarını kısa raporlar halinde Yürütme Ekibine sunar. Öneriler, Yürütme Ekibi aracılığıyla Genel Kurul gündemine alınır.</w:t>
      </w:r>
    </w:p>
    <w:p w:rsidR="00DE7F08" w:rsidRPr="00DE7F08" w:rsidRDefault="00F44B38" w:rsidP="00A5026C">
      <w:pPr>
        <w:rPr>
          <w:b/>
          <w:sz w:val="24"/>
          <w:szCs w:val="24"/>
        </w:rPr>
      </w:pPr>
      <w:r>
        <w:rPr>
          <w:b/>
          <w:sz w:val="24"/>
          <w:szCs w:val="24"/>
        </w:rPr>
        <w:t>MADDE 32</w:t>
      </w:r>
      <w:r w:rsidR="005713EB" w:rsidRPr="00DE7F08">
        <w:rPr>
          <w:b/>
          <w:sz w:val="24"/>
          <w:szCs w:val="24"/>
        </w:rPr>
        <w:t xml:space="preserve"> – </w:t>
      </w:r>
      <w:r w:rsidR="00DE7F08" w:rsidRPr="00DE7F08">
        <w:rPr>
          <w:b/>
          <w:sz w:val="24"/>
          <w:szCs w:val="24"/>
        </w:rPr>
        <w:t xml:space="preserve">Belediye Birimleriyle İlişki ve Etkinlik Talepleri </w:t>
      </w:r>
    </w:p>
    <w:p w:rsidR="00940067" w:rsidRDefault="00F843E8" w:rsidP="00F5261F">
      <w:pPr>
        <w:pStyle w:val="ListeParagraf"/>
        <w:numPr>
          <w:ilvl w:val="0"/>
          <w:numId w:val="40"/>
        </w:numPr>
        <w:jc w:val="both"/>
        <w:rPr>
          <w:sz w:val="24"/>
          <w:szCs w:val="24"/>
        </w:rPr>
      </w:pPr>
      <w:r w:rsidRPr="00DE7F08">
        <w:rPr>
          <w:sz w:val="24"/>
          <w:szCs w:val="24"/>
        </w:rPr>
        <w:t>Komisyonlar ilgili belediye birimleriyle iş birliği yapabilir. Görüşmeler ve etkinlik talepleri, Yürütme Ekibi koordinasyonunda yürütülür.</w:t>
      </w:r>
      <w:r w:rsidR="005713EB" w:rsidRPr="00DE7F08">
        <w:rPr>
          <w:sz w:val="24"/>
          <w:szCs w:val="24"/>
        </w:rPr>
        <w:t xml:space="preserve"> </w:t>
      </w:r>
      <w:r w:rsidRPr="00DE7F08">
        <w:rPr>
          <w:sz w:val="24"/>
          <w:szCs w:val="24"/>
        </w:rPr>
        <w:t>İş birliği süreçlerinde; görev, sorumluluk, takvim ve çıktıların netleştirildiği yazılı/dijital kayıt oluşturulur.</w:t>
      </w:r>
    </w:p>
    <w:p w:rsidR="00DE7F08" w:rsidRPr="00DE7F08" w:rsidRDefault="00DE7F08" w:rsidP="00DE7F08">
      <w:pPr>
        <w:pStyle w:val="ListeParagraf"/>
        <w:rPr>
          <w:sz w:val="24"/>
          <w:szCs w:val="24"/>
        </w:rPr>
      </w:pPr>
    </w:p>
    <w:p w:rsidR="002B35E3" w:rsidRPr="00DE7F08" w:rsidRDefault="00F843E8" w:rsidP="00DE7F08">
      <w:pPr>
        <w:jc w:val="center"/>
        <w:rPr>
          <w:b/>
        </w:rPr>
      </w:pPr>
      <w:r w:rsidRPr="00DE7F08">
        <w:rPr>
          <w:b/>
          <w:sz w:val="24"/>
        </w:rPr>
        <w:t>ALTINCI BÖLÜM</w:t>
      </w:r>
      <w:r w:rsidRPr="00DE7F08">
        <w:rPr>
          <w:b/>
          <w:sz w:val="24"/>
        </w:rPr>
        <w:br/>
        <w:t>Etik İlkeler, Güvenli Katılım, Korunma ve Uzman Desteği</w:t>
      </w:r>
    </w:p>
    <w:p w:rsidR="00DE7F08" w:rsidRPr="00DE7F08" w:rsidRDefault="00F44B38" w:rsidP="00DE7F08">
      <w:pPr>
        <w:rPr>
          <w:b/>
          <w:sz w:val="24"/>
          <w:szCs w:val="24"/>
        </w:rPr>
      </w:pPr>
      <w:r>
        <w:rPr>
          <w:b/>
          <w:sz w:val="24"/>
          <w:szCs w:val="24"/>
        </w:rPr>
        <w:t xml:space="preserve">MADDE 33 </w:t>
      </w:r>
      <w:r w:rsidR="009E75AC" w:rsidRPr="00DE7F08">
        <w:rPr>
          <w:b/>
          <w:sz w:val="24"/>
          <w:szCs w:val="24"/>
        </w:rPr>
        <w:t xml:space="preserve">– </w:t>
      </w:r>
      <w:r w:rsidR="00DE7F08" w:rsidRPr="00DE7F08">
        <w:rPr>
          <w:b/>
          <w:sz w:val="24"/>
          <w:szCs w:val="24"/>
        </w:rPr>
        <w:t xml:space="preserve">Etik İlkeler </w:t>
      </w:r>
    </w:p>
    <w:p w:rsidR="002B35E3" w:rsidRPr="00DE7F08" w:rsidRDefault="00F843E8" w:rsidP="00F5261F">
      <w:pPr>
        <w:pStyle w:val="ListeParagraf"/>
        <w:numPr>
          <w:ilvl w:val="0"/>
          <w:numId w:val="41"/>
        </w:numPr>
        <w:jc w:val="both"/>
        <w:rPr>
          <w:sz w:val="24"/>
          <w:szCs w:val="24"/>
        </w:rPr>
      </w:pPr>
      <w:r w:rsidRPr="00DE7F08">
        <w:rPr>
          <w:sz w:val="24"/>
          <w:szCs w:val="24"/>
        </w:rPr>
        <w:t>Çocuk Meclisi çalışmalarında; çocukların üstün yararı, gönüllülük, eşitlik, katılım hakkı, ayrımcılık yasağ</w:t>
      </w:r>
      <w:r w:rsidR="00FB3AF2" w:rsidRPr="00DE7F08">
        <w:rPr>
          <w:sz w:val="24"/>
          <w:szCs w:val="24"/>
        </w:rPr>
        <w:t>ı ve saygı ilkeleri esas alınır ve tüm faaliyetlerde uygulanır.</w:t>
      </w:r>
    </w:p>
    <w:p w:rsidR="00FB3AF2" w:rsidRPr="00DE7F08" w:rsidRDefault="00FB3AF2" w:rsidP="00F5261F">
      <w:pPr>
        <w:pStyle w:val="ListeParagraf"/>
        <w:numPr>
          <w:ilvl w:val="0"/>
          <w:numId w:val="41"/>
        </w:numPr>
        <w:jc w:val="both"/>
        <w:rPr>
          <w:sz w:val="24"/>
          <w:szCs w:val="24"/>
        </w:rPr>
      </w:pPr>
      <w:r w:rsidRPr="00DE7F08">
        <w:rPr>
          <w:sz w:val="24"/>
          <w:szCs w:val="24"/>
        </w:rPr>
        <w:t>Hiçbir çocuk; cinsiyet, engellilik, sosyal durum, dil, kültür veya herhangi bir farklılık nedeniyle dışlanamaz; ayrımcı uygulamalara yer verilemez.</w:t>
      </w:r>
    </w:p>
    <w:p w:rsidR="009E75AC" w:rsidRPr="00DE7F08" w:rsidRDefault="00FB3AF2" w:rsidP="00F5261F">
      <w:pPr>
        <w:pStyle w:val="ListeParagraf"/>
        <w:numPr>
          <w:ilvl w:val="0"/>
          <w:numId w:val="41"/>
        </w:numPr>
        <w:jc w:val="both"/>
        <w:rPr>
          <w:sz w:val="24"/>
          <w:szCs w:val="24"/>
        </w:rPr>
      </w:pPr>
      <w:r w:rsidRPr="00DE7F08">
        <w:rPr>
          <w:sz w:val="24"/>
          <w:szCs w:val="24"/>
        </w:rPr>
        <w:t>Bu maddede yer alan ilkelere uygunluğun sağlanması ve izlenmesinden Meclis Başkanı ve Yürütme ekibi sorumludur; gerekli idari düzenlemeler ilgili belediye birimi tarafından yürütülür.</w:t>
      </w:r>
    </w:p>
    <w:p w:rsidR="00DE7F08" w:rsidRPr="00DE7F08" w:rsidRDefault="00F44B38" w:rsidP="00DE7F08">
      <w:pPr>
        <w:rPr>
          <w:b/>
          <w:sz w:val="24"/>
          <w:szCs w:val="24"/>
        </w:rPr>
      </w:pPr>
      <w:r>
        <w:rPr>
          <w:b/>
          <w:sz w:val="24"/>
          <w:szCs w:val="24"/>
        </w:rPr>
        <w:lastRenderedPageBreak/>
        <w:t>MADDE 34</w:t>
      </w:r>
      <w:r w:rsidR="009E75AC" w:rsidRPr="00DE7F08">
        <w:rPr>
          <w:b/>
          <w:sz w:val="24"/>
          <w:szCs w:val="24"/>
        </w:rPr>
        <w:t xml:space="preserve"> – </w:t>
      </w:r>
      <w:r w:rsidR="00DE7F08" w:rsidRPr="00DE7F08">
        <w:rPr>
          <w:b/>
          <w:sz w:val="24"/>
          <w:szCs w:val="24"/>
        </w:rPr>
        <w:t xml:space="preserve">Güvenli Katılım ve Koruyucu Yaklaşım </w:t>
      </w:r>
    </w:p>
    <w:p w:rsidR="002B35E3" w:rsidRPr="00DE7F08" w:rsidRDefault="00F843E8" w:rsidP="00F5261F">
      <w:pPr>
        <w:pStyle w:val="ListeParagraf"/>
        <w:numPr>
          <w:ilvl w:val="0"/>
          <w:numId w:val="42"/>
        </w:numPr>
        <w:jc w:val="both"/>
        <w:rPr>
          <w:sz w:val="24"/>
          <w:szCs w:val="24"/>
        </w:rPr>
      </w:pPr>
      <w:r w:rsidRPr="00DE7F08">
        <w:rPr>
          <w:sz w:val="24"/>
          <w:szCs w:val="24"/>
        </w:rPr>
        <w:t>Toplantı ve etkinlikler; çocukların fiziksel, duygusal ve psikolojik güvenliğini gözeten koşul</w:t>
      </w:r>
      <w:r w:rsidR="00FB3AF2" w:rsidRPr="00DE7F08">
        <w:rPr>
          <w:sz w:val="24"/>
          <w:szCs w:val="24"/>
        </w:rPr>
        <w:t>larda yürütülür</w:t>
      </w:r>
      <w:r w:rsidR="009E75AC" w:rsidRPr="00DE7F08">
        <w:rPr>
          <w:sz w:val="24"/>
          <w:szCs w:val="24"/>
        </w:rPr>
        <w:t xml:space="preserve">. </w:t>
      </w:r>
      <w:r w:rsidRPr="00DE7F08">
        <w:rPr>
          <w:sz w:val="24"/>
          <w:szCs w:val="24"/>
        </w:rPr>
        <w:t>Baskı, zorlayıcı tutum, ihmal ve istismara yol açabilecek davranışlara izin verilmez.</w:t>
      </w:r>
      <w:r w:rsidR="009E75AC" w:rsidRPr="00DE7F08">
        <w:rPr>
          <w:sz w:val="24"/>
          <w:szCs w:val="24"/>
        </w:rPr>
        <w:t xml:space="preserve"> </w:t>
      </w:r>
      <w:r w:rsidRPr="00DE7F08">
        <w:rPr>
          <w:sz w:val="24"/>
          <w:szCs w:val="24"/>
        </w:rPr>
        <w:t xml:space="preserve">Güvenli katılımı zedeleyen bir durumun tespiti halinde Meclis Başkanı ve </w:t>
      </w:r>
      <w:r w:rsidR="006748E0" w:rsidRPr="00DE7F08">
        <w:rPr>
          <w:sz w:val="24"/>
          <w:szCs w:val="24"/>
        </w:rPr>
        <w:t>Yürütme Ekibi derhal tedbir alı</w:t>
      </w:r>
      <w:r w:rsidR="008867D1" w:rsidRPr="00DE7F08">
        <w:rPr>
          <w:sz w:val="24"/>
          <w:szCs w:val="24"/>
        </w:rPr>
        <w:t>r</w:t>
      </w:r>
      <w:r w:rsidRPr="00DE7F08">
        <w:rPr>
          <w:sz w:val="24"/>
          <w:szCs w:val="24"/>
        </w:rPr>
        <w:t>; gerekli görülen hallerde ilgili belediye birimleri bilgilendirilir ve kayıt tutulur.</w:t>
      </w:r>
      <w:r w:rsidR="009E75AC" w:rsidRPr="00DE7F08">
        <w:rPr>
          <w:sz w:val="24"/>
          <w:szCs w:val="24"/>
        </w:rPr>
        <w:t xml:space="preserve"> </w:t>
      </w:r>
      <w:r w:rsidRPr="00DE7F08">
        <w:rPr>
          <w:sz w:val="24"/>
          <w:szCs w:val="24"/>
        </w:rPr>
        <w:t>Acil durumlarda iletişim zinciri ve sorumlu personel listesi, çalışma dönemi başında velilerle paylaşılır.</w:t>
      </w:r>
    </w:p>
    <w:p w:rsidR="00D52637" w:rsidRPr="00DE7F08" w:rsidRDefault="00F44B38" w:rsidP="00A5026C">
      <w:pPr>
        <w:rPr>
          <w:b/>
          <w:sz w:val="24"/>
          <w:szCs w:val="24"/>
        </w:rPr>
      </w:pPr>
      <w:r>
        <w:rPr>
          <w:b/>
          <w:sz w:val="24"/>
          <w:szCs w:val="24"/>
        </w:rPr>
        <w:t>MADDE 35</w:t>
      </w:r>
      <w:r w:rsidR="00D52637" w:rsidRPr="00DE7F08">
        <w:rPr>
          <w:b/>
          <w:sz w:val="24"/>
          <w:szCs w:val="24"/>
        </w:rPr>
        <w:t xml:space="preserve"> </w:t>
      </w:r>
      <w:r w:rsidR="00DE7F08" w:rsidRPr="00DE7F08">
        <w:rPr>
          <w:b/>
          <w:sz w:val="24"/>
          <w:szCs w:val="24"/>
        </w:rPr>
        <w:t>- Müdürlüğün Görev ve Sorumlulukları</w:t>
      </w:r>
    </w:p>
    <w:p w:rsidR="00D52637" w:rsidRPr="00DE7F08" w:rsidRDefault="00D52637" w:rsidP="00F5261F">
      <w:pPr>
        <w:pStyle w:val="ListeParagraf"/>
        <w:numPr>
          <w:ilvl w:val="0"/>
          <w:numId w:val="43"/>
        </w:numPr>
        <w:jc w:val="both"/>
        <w:rPr>
          <w:sz w:val="24"/>
          <w:szCs w:val="24"/>
        </w:rPr>
      </w:pPr>
      <w:r w:rsidRPr="00DE7F08">
        <w:rPr>
          <w:sz w:val="24"/>
          <w:szCs w:val="24"/>
        </w:rPr>
        <w:t>Müdürlüğün Çocuk Meclisine ilişkin görev ve sorumlulukları şunlardır:</w:t>
      </w:r>
    </w:p>
    <w:p w:rsidR="00D52637" w:rsidRPr="00DE7F08" w:rsidRDefault="00D52637" w:rsidP="00F5261F">
      <w:pPr>
        <w:pStyle w:val="ListeParagraf"/>
        <w:numPr>
          <w:ilvl w:val="0"/>
          <w:numId w:val="60"/>
        </w:numPr>
        <w:jc w:val="both"/>
        <w:rPr>
          <w:sz w:val="24"/>
          <w:szCs w:val="24"/>
        </w:rPr>
      </w:pPr>
      <w:r w:rsidRPr="00DE7F08">
        <w:rPr>
          <w:sz w:val="24"/>
          <w:szCs w:val="24"/>
        </w:rPr>
        <w:t>Çocuk Meclisinin başvuru, kayıt ve üyelik işlemlerini yürütmek,</w:t>
      </w:r>
    </w:p>
    <w:p w:rsidR="00D52637" w:rsidRPr="00DE7F08" w:rsidRDefault="00D52637" w:rsidP="00F5261F">
      <w:pPr>
        <w:pStyle w:val="ListeParagraf"/>
        <w:numPr>
          <w:ilvl w:val="0"/>
          <w:numId w:val="60"/>
        </w:numPr>
        <w:jc w:val="both"/>
        <w:rPr>
          <w:sz w:val="24"/>
          <w:szCs w:val="24"/>
        </w:rPr>
      </w:pPr>
      <w:r w:rsidRPr="00DE7F08">
        <w:rPr>
          <w:sz w:val="24"/>
          <w:szCs w:val="24"/>
        </w:rPr>
        <w:t>Genel Kurul, Yürütme Ekibi ve komisyon çalışmalarının gerçekleştirilmesi için idari, teknik ve organizasyonel desteği sağlamak,</w:t>
      </w:r>
    </w:p>
    <w:p w:rsidR="00D52637" w:rsidRPr="00DE7F08" w:rsidRDefault="00D52637" w:rsidP="00F5261F">
      <w:pPr>
        <w:pStyle w:val="ListeParagraf"/>
        <w:numPr>
          <w:ilvl w:val="0"/>
          <w:numId w:val="60"/>
        </w:numPr>
        <w:jc w:val="both"/>
        <w:rPr>
          <w:sz w:val="24"/>
          <w:szCs w:val="24"/>
        </w:rPr>
      </w:pPr>
      <w:r w:rsidRPr="00DE7F08">
        <w:rPr>
          <w:sz w:val="24"/>
          <w:szCs w:val="24"/>
        </w:rPr>
        <w:t>Toplantı, seçim, kura, etkinlik ve diğer faaliyetlerin hazırlık ve koordinasyonunu yürütmek,</w:t>
      </w:r>
    </w:p>
    <w:p w:rsidR="00D52637" w:rsidRPr="00DE7F08" w:rsidRDefault="00D52637" w:rsidP="00F5261F">
      <w:pPr>
        <w:pStyle w:val="ListeParagraf"/>
        <w:numPr>
          <w:ilvl w:val="0"/>
          <w:numId w:val="60"/>
        </w:numPr>
        <w:jc w:val="both"/>
        <w:rPr>
          <w:sz w:val="24"/>
          <w:szCs w:val="24"/>
        </w:rPr>
      </w:pPr>
      <w:r w:rsidRPr="00DE7F08">
        <w:rPr>
          <w:sz w:val="24"/>
          <w:szCs w:val="24"/>
        </w:rPr>
        <w:t xml:space="preserve">Çocukların güvenli ve etkin katılımını sağlamak amacıyla gerekli tedbirleri almak ve ilgili uzman personelin desteğini sağlamak, </w:t>
      </w:r>
    </w:p>
    <w:p w:rsidR="00D52637" w:rsidRPr="00DE7F08" w:rsidRDefault="00D52637" w:rsidP="00F5261F">
      <w:pPr>
        <w:pStyle w:val="ListeParagraf"/>
        <w:numPr>
          <w:ilvl w:val="0"/>
          <w:numId w:val="60"/>
        </w:numPr>
        <w:jc w:val="both"/>
        <w:rPr>
          <w:sz w:val="24"/>
          <w:szCs w:val="24"/>
        </w:rPr>
      </w:pPr>
      <w:r w:rsidRPr="00DE7F08">
        <w:rPr>
          <w:sz w:val="24"/>
          <w:szCs w:val="24"/>
        </w:rPr>
        <w:t>Genel kurul tarafından alınan karar ve önerileri konusuna göre Belediyenin ilgili birimlerine iletmek ve değerlendirme süreçlerini takip etmek,</w:t>
      </w:r>
    </w:p>
    <w:p w:rsidR="00D52637" w:rsidRPr="00DE7F08" w:rsidRDefault="00D52637" w:rsidP="00F5261F">
      <w:pPr>
        <w:pStyle w:val="ListeParagraf"/>
        <w:numPr>
          <w:ilvl w:val="0"/>
          <w:numId w:val="60"/>
        </w:numPr>
        <w:jc w:val="both"/>
        <w:rPr>
          <w:sz w:val="24"/>
          <w:szCs w:val="24"/>
        </w:rPr>
      </w:pPr>
      <w:r w:rsidRPr="00DE7F08">
        <w:rPr>
          <w:sz w:val="24"/>
          <w:szCs w:val="24"/>
        </w:rPr>
        <w:t>İlgili belediye birimlerinden gelen değerlendirme ve uygulama sonuçlarının çocukların anlayabileceği şekilde Çocuk Meclisine aktarılmasını sağlamak,</w:t>
      </w:r>
    </w:p>
    <w:p w:rsidR="00D52637" w:rsidRPr="00DE7F08" w:rsidRDefault="00D52637" w:rsidP="00F5261F">
      <w:pPr>
        <w:pStyle w:val="ListeParagraf"/>
        <w:numPr>
          <w:ilvl w:val="0"/>
          <w:numId w:val="60"/>
        </w:numPr>
        <w:jc w:val="both"/>
        <w:rPr>
          <w:sz w:val="24"/>
          <w:szCs w:val="24"/>
        </w:rPr>
      </w:pPr>
      <w:r w:rsidRPr="00DE7F08">
        <w:rPr>
          <w:sz w:val="24"/>
          <w:szCs w:val="24"/>
        </w:rPr>
        <w:t>Çocuk Meclisine ilişkin başvuru belgeleri, üye kayıtları, toplantı tutanakları, kararlar, komisyon raporları ve diğer belgelerin ilgili mevzuata uy</w:t>
      </w:r>
      <w:r w:rsidR="00790F67" w:rsidRPr="00DE7F08">
        <w:rPr>
          <w:sz w:val="24"/>
          <w:szCs w:val="24"/>
        </w:rPr>
        <w:t xml:space="preserve">gun şekilde kayıt ve arşivleme </w:t>
      </w:r>
      <w:r w:rsidRPr="00DE7F08">
        <w:rPr>
          <w:sz w:val="24"/>
          <w:szCs w:val="24"/>
        </w:rPr>
        <w:t>işlemlerini yürütmek,</w:t>
      </w:r>
    </w:p>
    <w:p w:rsidR="00DE7F08" w:rsidRDefault="00D52637" w:rsidP="00F5261F">
      <w:pPr>
        <w:pStyle w:val="ListeParagraf"/>
        <w:numPr>
          <w:ilvl w:val="0"/>
          <w:numId w:val="60"/>
        </w:numPr>
        <w:jc w:val="both"/>
        <w:rPr>
          <w:sz w:val="24"/>
          <w:szCs w:val="24"/>
        </w:rPr>
      </w:pPr>
      <w:r w:rsidRPr="00DE7F08">
        <w:rPr>
          <w:sz w:val="24"/>
          <w:szCs w:val="24"/>
        </w:rPr>
        <w:t>Çocuk meclisi çalışmalarında kişisel verilerin korunması, mahremiyet ve çocuk güvenliğine ilişkin gerekli idari tedbirlerin uygulanmasını sağlamak.</w:t>
      </w:r>
    </w:p>
    <w:p w:rsidR="00D52637" w:rsidRPr="00DE7F08" w:rsidRDefault="00D52637" w:rsidP="00F5261F">
      <w:pPr>
        <w:pStyle w:val="ListeParagraf"/>
        <w:numPr>
          <w:ilvl w:val="0"/>
          <w:numId w:val="60"/>
        </w:numPr>
        <w:jc w:val="both"/>
        <w:rPr>
          <w:sz w:val="24"/>
          <w:szCs w:val="24"/>
        </w:rPr>
      </w:pPr>
      <w:r w:rsidRPr="00DE7F08">
        <w:rPr>
          <w:sz w:val="24"/>
          <w:szCs w:val="24"/>
        </w:rPr>
        <w:t>Müdürlük ve Çocuk Meclisi çalışmalarında görev alan yetişkinler kolaylaştırıcı ve destekleyici rol üstlenir; çocukların görüşlerini yönlendirmez, çocuklar adına karar veremez ve seçim oylama süreçlerine müdahale edemez.</w:t>
      </w:r>
    </w:p>
    <w:p w:rsidR="008033A3" w:rsidRPr="008033A3" w:rsidRDefault="00F44B38" w:rsidP="008033A3">
      <w:pPr>
        <w:rPr>
          <w:b/>
          <w:sz w:val="24"/>
          <w:szCs w:val="24"/>
        </w:rPr>
      </w:pPr>
      <w:r>
        <w:rPr>
          <w:b/>
          <w:sz w:val="24"/>
          <w:szCs w:val="24"/>
        </w:rPr>
        <w:t>MADDE 36</w:t>
      </w:r>
      <w:r w:rsidR="008033A3" w:rsidRPr="008033A3">
        <w:rPr>
          <w:b/>
          <w:sz w:val="24"/>
          <w:szCs w:val="24"/>
        </w:rPr>
        <w:t xml:space="preserve"> – Danışmanlık ve Uzman Desteği </w:t>
      </w:r>
    </w:p>
    <w:p w:rsidR="00B44A6A" w:rsidRDefault="002C35D5" w:rsidP="00F5261F">
      <w:pPr>
        <w:pStyle w:val="ListeParagraf"/>
        <w:numPr>
          <w:ilvl w:val="0"/>
          <w:numId w:val="44"/>
        </w:numPr>
        <w:jc w:val="both"/>
        <w:rPr>
          <w:sz w:val="24"/>
          <w:szCs w:val="24"/>
        </w:rPr>
      </w:pPr>
      <w:r w:rsidRPr="008033A3">
        <w:rPr>
          <w:sz w:val="24"/>
          <w:szCs w:val="24"/>
        </w:rPr>
        <w:t>Danışma Kurulu; tercihen psikolog, sosyal hizmet uzmanı, çocuk gelişimi uzmanı, eğitimci ve ilgili belediye personelinden oluşur. Çocuk Meclisi çalışmalarının çocuk hakları, gelişimsel uygunluk, kapsayıcılık ve güvenli katılım ilkelerine uygun yürütülmesine destek olur. Danışma kurulu karar organı değildir ve çocukların yerine karar almaz.</w:t>
      </w:r>
    </w:p>
    <w:p w:rsidR="000F44D1" w:rsidRPr="000F44D1" w:rsidRDefault="000F44D1" w:rsidP="000F44D1">
      <w:pPr>
        <w:pStyle w:val="ListeParagraf"/>
        <w:ind w:left="360"/>
        <w:jc w:val="both"/>
        <w:rPr>
          <w:sz w:val="24"/>
          <w:szCs w:val="24"/>
        </w:rPr>
      </w:pPr>
    </w:p>
    <w:p w:rsidR="009E09DA" w:rsidRPr="008033A3" w:rsidRDefault="00F843E8" w:rsidP="008033A3">
      <w:pPr>
        <w:jc w:val="center"/>
        <w:rPr>
          <w:b/>
          <w:sz w:val="24"/>
          <w:szCs w:val="24"/>
        </w:rPr>
      </w:pPr>
      <w:r w:rsidRPr="008033A3">
        <w:rPr>
          <w:b/>
          <w:sz w:val="24"/>
        </w:rPr>
        <w:t>YEDİNCİ BÖLÜM</w:t>
      </w:r>
      <w:r w:rsidRPr="008033A3">
        <w:rPr>
          <w:b/>
          <w:sz w:val="24"/>
        </w:rPr>
        <w:br/>
      </w:r>
      <w:r w:rsidRPr="008033A3">
        <w:rPr>
          <w:b/>
          <w:sz w:val="24"/>
          <w:szCs w:val="24"/>
        </w:rPr>
        <w:t>Arşiv, Belgelendirme, İletişim ve Ekler</w:t>
      </w:r>
    </w:p>
    <w:p w:rsidR="00724E2A" w:rsidRPr="008033A3" w:rsidRDefault="00F44B38" w:rsidP="00A5026C">
      <w:pPr>
        <w:rPr>
          <w:b/>
          <w:sz w:val="24"/>
          <w:szCs w:val="24"/>
        </w:rPr>
      </w:pPr>
      <w:r>
        <w:rPr>
          <w:b/>
          <w:sz w:val="24"/>
          <w:szCs w:val="24"/>
        </w:rPr>
        <w:t>MADDE 37</w:t>
      </w:r>
      <w:r w:rsidR="008033A3" w:rsidRPr="008033A3">
        <w:rPr>
          <w:b/>
          <w:sz w:val="24"/>
          <w:szCs w:val="24"/>
        </w:rPr>
        <w:t xml:space="preserve"> - Yıllık Çalışma Planı</w:t>
      </w:r>
    </w:p>
    <w:p w:rsidR="00724E2A" w:rsidRPr="008033A3" w:rsidRDefault="00724E2A" w:rsidP="00F5261F">
      <w:pPr>
        <w:pStyle w:val="ListeParagraf"/>
        <w:numPr>
          <w:ilvl w:val="0"/>
          <w:numId w:val="45"/>
        </w:numPr>
        <w:jc w:val="both"/>
        <w:rPr>
          <w:sz w:val="24"/>
          <w:szCs w:val="24"/>
        </w:rPr>
      </w:pPr>
      <w:r w:rsidRPr="008033A3">
        <w:rPr>
          <w:sz w:val="24"/>
          <w:szCs w:val="24"/>
        </w:rPr>
        <w:lastRenderedPageBreak/>
        <w:t>Çocuk Meclisinin faaliyetlerinin planlı ve düzenli yürütülmesi amacıyla her çalışma döneminin başında yıllık çalışma planı oluşturulur.</w:t>
      </w:r>
    </w:p>
    <w:p w:rsidR="00724E2A" w:rsidRPr="008033A3" w:rsidRDefault="00724E2A" w:rsidP="00F5261F">
      <w:pPr>
        <w:pStyle w:val="ListeParagraf"/>
        <w:numPr>
          <w:ilvl w:val="0"/>
          <w:numId w:val="45"/>
        </w:numPr>
        <w:jc w:val="both"/>
        <w:rPr>
          <w:sz w:val="24"/>
          <w:szCs w:val="24"/>
        </w:rPr>
      </w:pPr>
      <w:r w:rsidRPr="008033A3">
        <w:rPr>
          <w:sz w:val="24"/>
          <w:szCs w:val="24"/>
        </w:rPr>
        <w:t>Yıllık çalışma planı; Yürütme ekibi tarafından, komisyonların ve Meclis üyelerinin görüş ve önerileri alınarak hazırlanır ve Genel Kurulun değerlendirmesine sunulur.</w:t>
      </w:r>
    </w:p>
    <w:p w:rsidR="00724E2A" w:rsidRPr="008033A3" w:rsidRDefault="00724E2A" w:rsidP="00F5261F">
      <w:pPr>
        <w:pStyle w:val="ListeParagraf"/>
        <w:numPr>
          <w:ilvl w:val="0"/>
          <w:numId w:val="45"/>
        </w:numPr>
        <w:jc w:val="both"/>
        <w:rPr>
          <w:sz w:val="24"/>
          <w:szCs w:val="24"/>
        </w:rPr>
      </w:pPr>
      <w:r w:rsidRPr="008033A3">
        <w:rPr>
          <w:sz w:val="24"/>
          <w:szCs w:val="24"/>
        </w:rPr>
        <w:t>Yıllık çalışma planında; Genel Kurul toplantıları, komisyon çalışmaları, çocuk hakları ve katılım faaliyetleri, eğitim ve farkındalık çalışmaları, saha çalışmaları, Belediye birimleriyle gerçekleştirilecek çalışmalar ile planlanan</w:t>
      </w:r>
      <w:r w:rsidR="000303E0" w:rsidRPr="008033A3">
        <w:rPr>
          <w:sz w:val="24"/>
          <w:szCs w:val="24"/>
        </w:rPr>
        <w:t xml:space="preserve"> diğer etkinliklere yer verilebilir.</w:t>
      </w:r>
    </w:p>
    <w:p w:rsidR="000303E0" w:rsidRPr="008033A3" w:rsidRDefault="000303E0" w:rsidP="00F5261F">
      <w:pPr>
        <w:pStyle w:val="ListeParagraf"/>
        <w:numPr>
          <w:ilvl w:val="0"/>
          <w:numId w:val="45"/>
        </w:numPr>
        <w:jc w:val="both"/>
        <w:rPr>
          <w:sz w:val="24"/>
          <w:szCs w:val="24"/>
        </w:rPr>
      </w:pPr>
      <w:r w:rsidRPr="008033A3">
        <w:rPr>
          <w:sz w:val="24"/>
          <w:szCs w:val="24"/>
        </w:rPr>
        <w:t>Yıllık çalışma planı çocukların ihtiyaçları, önerileri ve ortaya çıkan yeni çalışma konuları doğrultusunda Genel Kurul kararıyla çalışma dönemi içerisinde güncellenebilir.</w:t>
      </w:r>
    </w:p>
    <w:p w:rsidR="000303E0" w:rsidRPr="008033A3" w:rsidRDefault="000303E0" w:rsidP="00F5261F">
      <w:pPr>
        <w:pStyle w:val="ListeParagraf"/>
        <w:numPr>
          <w:ilvl w:val="0"/>
          <w:numId w:val="45"/>
        </w:numPr>
        <w:jc w:val="both"/>
        <w:rPr>
          <w:sz w:val="24"/>
          <w:szCs w:val="24"/>
        </w:rPr>
      </w:pPr>
      <w:r w:rsidRPr="008033A3">
        <w:rPr>
          <w:sz w:val="24"/>
          <w:szCs w:val="24"/>
        </w:rPr>
        <w:t>Yıllık çalışma planının uygulanmasına ilişkin idari, teknik ve organizasyonel koordinasyon Müdürlük tarafından sağlanır.</w:t>
      </w:r>
    </w:p>
    <w:p w:rsidR="0097526A" w:rsidRPr="008033A3" w:rsidRDefault="00F44B38" w:rsidP="00A5026C">
      <w:pPr>
        <w:rPr>
          <w:b/>
          <w:sz w:val="24"/>
          <w:szCs w:val="24"/>
        </w:rPr>
      </w:pPr>
      <w:r>
        <w:rPr>
          <w:b/>
          <w:sz w:val="24"/>
          <w:szCs w:val="24"/>
        </w:rPr>
        <w:t xml:space="preserve">MADDE 38 </w:t>
      </w:r>
      <w:r w:rsidR="008033A3" w:rsidRPr="008033A3">
        <w:rPr>
          <w:b/>
          <w:sz w:val="24"/>
          <w:szCs w:val="24"/>
        </w:rPr>
        <w:t>- Yıllık Faaliyet Raporu ve Dönem Sonu Değerlendirmesi</w:t>
      </w:r>
    </w:p>
    <w:p w:rsidR="0097526A" w:rsidRPr="008033A3" w:rsidRDefault="0097526A" w:rsidP="00F5261F">
      <w:pPr>
        <w:pStyle w:val="ListeParagraf"/>
        <w:numPr>
          <w:ilvl w:val="0"/>
          <w:numId w:val="61"/>
        </w:numPr>
        <w:jc w:val="both"/>
        <w:rPr>
          <w:sz w:val="24"/>
          <w:szCs w:val="24"/>
        </w:rPr>
      </w:pPr>
      <w:r w:rsidRPr="008033A3">
        <w:rPr>
          <w:sz w:val="24"/>
          <w:szCs w:val="24"/>
        </w:rPr>
        <w:t>Çocuk Meclisini bir çalışma dönemi içerisinde gerçekleştirdiği faaliyetlerin, aldığı kararların ve geliştirdiği önerilerin değerlendirilmesi amacıyla çalışma dönemi sonunda yıllık faaliyet raporu hazırlanır.</w:t>
      </w:r>
    </w:p>
    <w:p w:rsidR="0097526A" w:rsidRPr="008033A3" w:rsidRDefault="0097526A" w:rsidP="00F5261F">
      <w:pPr>
        <w:pStyle w:val="ListeParagraf"/>
        <w:numPr>
          <w:ilvl w:val="0"/>
          <w:numId w:val="61"/>
        </w:numPr>
        <w:jc w:val="both"/>
        <w:rPr>
          <w:sz w:val="24"/>
          <w:szCs w:val="24"/>
        </w:rPr>
      </w:pPr>
      <w:r w:rsidRPr="008033A3">
        <w:rPr>
          <w:sz w:val="24"/>
          <w:szCs w:val="24"/>
        </w:rPr>
        <w:t>Yıllık faaliyet raporu; Yürütme Ekibi tarafından komisyonların katkısıyla ve Müdürlüğün idari ve teknik desteğiyle açıklanır.</w:t>
      </w:r>
    </w:p>
    <w:p w:rsidR="0097526A" w:rsidRPr="008033A3" w:rsidRDefault="0097526A" w:rsidP="00F5261F">
      <w:pPr>
        <w:pStyle w:val="ListeParagraf"/>
        <w:numPr>
          <w:ilvl w:val="0"/>
          <w:numId w:val="61"/>
        </w:numPr>
        <w:jc w:val="both"/>
        <w:rPr>
          <w:sz w:val="24"/>
          <w:szCs w:val="24"/>
        </w:rPr>
      </w:pPr>
      <w:r w:rsidRPr="008033A3">
        <w:rPr>
          <w:sz w:val="24"/>
          <w:szCs w:val="24"/>
        </w:rPr>
        <w:t xml:space="preserve">Yıllık faaliyet raporunda; </w:t>
      </w:r>
    </w:p>
    <w:p w:rsidR="0097526A" w:rsidRPr="008033A3" w:rsidRDefault="0097526A" w:rsidP="00F5261F">
      <w:pPr>
        <w:pStyle w:val="ListeParagraf"/>
        <w:numPr>
          <w:ilvl w:val="0"/>
          <w:numId w:val="61"/>
        </w:numPr>
        <w:jc w:val="both"/>
        <w:rPr>
          <w:sz w:val="24"/>
          <w:szCs w:val="24"/>
        </w:rPr>
      </w:pPr>
      <w:r w:rsidRPr="008033A3">
        <w:rPr>
          <w:sz w:val="24"/>
          <w:szCs w:val="24"/>
        </w:rPr>
        <w:t>Gerçekleştirilen Genel Kurul toplantıları ve komisyon çalışmaları,</w:t>
      </w:r>
    </w:p>
    <w:p w:rsidR="0097526A" w:rsidRPr="008033A3" w:rsidRDefault="0097526A" w:rsidP="00F5261F">
      <w:pPr>
        <w:pStyle w:val="ListeParagraf"/>
        <w:numPr>
          <w:ilvl w:val="0"/>
          <w:numId w:val="61"/>
        </w:numPr>
        <w:jc w:val="both"/>
        <w:rPr>
          <w:sz w:val="24"/>
          <w:szCs w:val="24"/>
        </w:rPr>
      </w:pPr>
      <w:r w:rsidRPr="008033A3">
        <w:rPr>
          <w:sz w:val="24"/>
          <w:szCs w:val="24"/>
        </w:rPr>
        <w:t>Çocuk Meclisi tarafından alınan kararlar ve geliştirilen öneriler,</w:t>
      </w:r>
    </w:p>
    <w:p w:rsidR="0097526A" w:rsidRPr="008033A3" w:rsidRDefault="0097526A" w:rsidP="00F5261F">
      <w:pPr>
        <w:pStyle w:val="ListeParagraf"/>
        <w:numPr>
          <w:ilvl w:val="0"/>
          <w:numId w:val="61"/>
        </w:numPr>
        <w:jc w:val="both"/>
        <w:rPr>
          <w:sz w:val="24"/>
          <w:szCs w:val="24"/>
        </w:rPr>
      </w:pPr>
      <w:r w:rsidRPr="008033A3">
        <w:rPr>
          <w:sz w:val="24"/>
          <w:szCs w:val="24"/>
        </w:rPr>
        <w:t>Belediye birimlerine ve ilgili kurumlara iletilen karar ve öneriler,</w:t>
      </w:r>
    </w:p>
    <w:p w:rsidR="0097526A" w:rsidRPr="008033A3" w:rsidRDefault="0097526A" w:rsidP="00F5261F">
      <w:pPr>
        <w:pStyle w:val="ListeParagraf"/>
        <w:numPr>
          <w:ilvl w:val="0"/>
          <w:numId w:val="61"/>
        </w:numPr>
        <w:jc w:val="both"/>
        <w:rPr>
          <w:sz w:val="24"/>
          <w:szCs w:val="24"/>
        </w:rPr>
      </w:pPr>
      <w:r w:rsidRPr="008033A3">
        <w:rPr>
          <w:sz w:val="24"/>
          <w:szCs w:val="24"/>
        </w:rPr>
        <w:t>Karar ve önerilere ilişkin alınan geri bildirimler ve gerçekleşen uygulamalar,</w:t>
      </w:r>
    </w:p>
    <w:p w:rsidR="0097526A" w:rsidRPr="008033A3" w:rsidRDefault="0097526A" w:rsidP="00F5261F">
      <w:pPr>
        <w:pStyle w:val="ListeParagraf"/>
        <w:numPr>
          <w:ilvl w:val="0"/>
          <w:numId w:val="61"/>
        </w:numPr>
        <w:jc w:val="both"/>
        <w:rPr>
          <w:sz w:val="24"/>
          <w:szCs w:val="24"/>
        </w:rPr>
      </w:pPr>
      <w:r w:rsidRPr="008033A3">
        <w:rPr>
          <w:sz w:val="24"/>
          <w:szCs w:val="24"/>
        </w:rPr>
        <w:t>Gerçekleştirilen etkinlik, proje ve diğer çalışmalar,</w:t>
      </w:r>
    </w:p>
    <w:p w:rsidR="00377792" w:rsidRDefault="0097526A" w:rsidP="00F5261F">
      <w:pPr>
        <w:pStyle w:val="ListeParagraf"/>
        <w:numPr>
          <w:ilvl w:val="0"/>
          <w:numId w:val="61"/>
        </w:numPr>
        <w:jc w:val="both"/>
        <w:rPr>
          <w:sz w:val="24"/>
          <w:szCs w:val="24"/>
        </w:rPr>
      </w:pPr>
      <w:r w:rsidRPr="008033A3">
        <w:rPr>
          <w:sz w:val="24"/>
          <w:szCs w:val="24"/>
        </w:rPr>
        <w:t>Çalışma döneminde karşılaşılan ihtiyaçlar ve geliştirilen öneriler.</w:t>
      </w:r>
    </w:p>
    <w:p w:rsidR="00377792" w:rsidRDefault="0097526A" w:rsidP="00F5261F">
      <w:pPr>
        <w:pStyle w:val="ListeParagraf"/>
        <w:numPr>
          <w:ilvl w:val="0"/>
          <w:numId w:val="61"/>
        </w:numPr>
        <w:jc w:val="both"/>
        <w:rPr>
          <w:rFonts w:cs="Times New Roman"/>
          <w:sz w:val="24"/>
          <w:szCs w:val="24"/>
        </w:rPr>
      </w:pPr>
      <w:r w:rsidRPr="00377792">
        <w:rPr>
          <w:rFonts w:cs="Times New Roman"/>
          <w:sz w:val="24"/>
          <w:szCs w:val="24"/>
        </w:rPr>
        <w:t>Hazırlanan yıllık faaliyet raporu Genel Kurula sunulur ve çocukların görüşleri alınarak kesinleştirilir.</w:t>
      </w:r>
    </w:p>
    <w:p w:rsidR="0097526A" w:rsidRPr="00377792" w:rsidRDefault="0097526A" w:rsidP="00F5261F">
      <w:pPr>
        <w:pStyle w:val="ListeParagraf"/>
        <w:numPr>
          <w:ilvl w:val="0"/>
          <w:numId w:val="61"/>
        </w:numPr>
        <w:jc w:val="both"/>
        <w:rPr>
          <w:rFonts w:cs="Times New Roman"/>
          <w:sz w:val="24"/>
          <w:szCs w:val="24"/>
        </w:rPr>
      </w:pPr>
      <w:r w:rsidRPr="00377792">
        <w:rPr>
          <w:rFonts w:cs="Times New Roman"/>
          <w:sz w:val="24"/>
          <w:szCs w:val="24"/>
        </w:rPr>
        <w:t xml:space="preserve">Faaliyet raporunun çocukların kişisel verileri ve mahremiyetleri </w:t>
      </w:r>
      <w:r w:rsidR="00864182" w:rsidRPr="00377792">
        <w:rPr>
          <w:rFonts w:cs="Times New Roman"/>
          <w:sz w:val="24"/>
          <w:szCs w:val="24"/>
        </w:rPr>
        <w:t>korunarak uygun görülen bölümleri kamuoyuyla paylaşılabilir.</w:t>
      </w:r>
    </w:p>
    <w:p w:rsidR="00F44B38" w:rsidRPr="008033A3" w:rsidRDefault="00F44B38" w:rsidP="00F44B38">
      <w:pPr>
        <w:pStyle w:val="AralkYok"/>
        <w:ind w:left="360"/>
        <w:rPr>
          <w:rFonts w:ascii="Times New Roman" w:hAnsi="Times New Roman" w:cs="Times New Roman"/>
          <w:sz w:val="24"/>
          <w:szCs w:val="24"/>
        </w:rPr>
      </w:pPr>
    </w:p>
    <w:p w:rsidR="008033A3" w:rsidRPr="008033A3" w:rsidRDefault="00F44B38" w:rsidP="008033A3">
      <w:pPr>
        <w:rPr>
          <w:b/>
          <w:sz w:val="24"/>
          <w:szCs w:val="24"/>
        </w:rPr>
      </w:pPr>
      <w:r>
        <w:rPr>
          <w:b/>
          <w:sz w:val="24"/>
          <w:szCs w:val="24"/>
        </w:rPr>
        <w:t>MADDE 39</w:t>
      </w:r>
      <w:r w:rsidR="009E75AC" w:rsidRPr="008033A3">
        <w:rPr>
          <w:b/>
          <w:sz w:val="24"/>
          <w:szCs w:val="24"/>
        </w:rPr>
        <w:t xml:space="preserve"> –</w:t>
      </w:r>
      <w:r w:rsidR="008033A3" w:rsidRPr="008033A3">
        <w:rPr>
          <w:b/>
          <w:sz w:val="24"/>
          <w:szCs w:val="24"/>
        </w:rPr>
        <w:t xml:space="preserve"> Kayıt ve Arşivleme</w:t>
      </w:r>
    </w:p>
    <w:p w:rsidR="002B35E3" w:rsidRPr="008033A3" w:rsidRDefault="00F843E8" w:rsidP="00F5261F">
      <w:pPr>
        <w:pStyle w:val="ListeParagraf"/>
        <w:numPr>
          <w:ilvl w:val="0"/>
          <w:numId w:val="46"/>
        </w:numPr>
        <w:jc w:val="both"/>
        <w:rPr>
          <w:sz w:val="24"/>
          <w:szCs w:val="24"/>
        </w:rPr>
      </w:pPr>
      <w:r w:rsidRPr="008033A3">
        <w:rPr>
          <w:sz w:val="24"/>
          <w:szCs w:val="24"/>
        </w:rPr>
        <w:t>Meclis ve komisyon toplantılarında; yoklama listesi, gündem, tutanak, karar özeti, komisyon raporu ve varsa etkinlik planı standart formatlarda hazırlanır.</w:t>
      </w:r>
      <w:r w:rsidR="009E75AC" w:rsidRPr="008033A3">
        <w:rPr>
          <w:sz w:val="24"/>
          <w:szCs w:val="24"/>
        </w:rPr>
        <w:t xml:space="preserve"> </w:t>
      </w:r>
      <w:r w:rsidRPr="008033A3">
        <w:rPr>
          <w:sz w:val="24"/>
          <w:szCs w:val="24"/>
        </w:rPr>
        <w:t>Belgeler, kurumun arşiv ve yazışma usullerine uygun şekilde saklanır; çalışma dönemi sonunda yıllık faaliyet dosyası oluşturulur.</w:t>
      </w:r>
    </w:p>
    <w:p w:rsidR="008033A3" w:rsidRPr="008033A3" w:rsidRDefault="00F44B38" w:rsidP="008033A3">
      <w:pPr>
        <w:rPr>
          <w:b/>
          <w:sz w:val="24"/>
          <w:szCs w:val="24"/>
        </w:rPr>
      </w:pPr>
      <w:r>
        <w:rPr>
          <w:b/>
          <w:sz w:val="24"/>
          <w:szCs w:val="24"/>
        </w:rPr>
        <w:t xml:space="preserve">MADDE 40 </w:t>
      </w:r>
      <w:r w:rsidR="008033A3" w:rsidRPr="008033A3">
        <w:rPr>
          <w:b/>
          <w:sz w:val="24"/>
          <w:szCs w:val="24"/>
        </w:rPr>
        <w:t>- İletişim ve Duyurular</w:t>
      </w:r>
    </w:p>
    <w:p w:rsidR="008867D1" w:rsidRPr="008033A3" w:rsidRDefault="00F843E8" w:rsidP="00F5261F">
      <w:pPr>
        <w:pStyle w:val="ListeParagraf"/>
        <w:numPr>
          <w:ilvl w:val="0"/>
          <w:numId w:val="47"/>
        </w:numPr>
        <w:jc w:val="both"/>
        <w:rPr>
          <w:sz w:val="24"/>
          <w:szCs w:val="24"/>
        </w:rPr>
      </w:pPr>
      <w:r w:rsidRPr="008033A3">
        <w:rPr>
          <w:sz w:val="24"/>
          <w:szCs w:val="24"/>
        </w:rPr>
        <w:t>Üyelere ve velilere yapılacak duyurular; güvenli iletişim kanalları üzerinden, zamanında ve anlaşılır biçimde yapılır.</w:t>
      </w:r>
      <w:r w:rsidR="009E75AC" w:rsidRPr="008033A3">
        <w:rPr>
          <w:sz w:val="24"/>
          <w:szCs w:val="24"/>
        </w:rPr>
        <w:t xml:space="preserve"> </w:t>
      </w:r>
    </w:p>
    <w:p w:rsidR="008867D1" w:rsidRPr="008033A3" w:rsidRDefault="00F44B38" w:rsidP="00A5026C">
      <w:pPr>
        <w:rPr>
          <w:b/>
          <w:sz w:val="24"/>
          <w:szCs w:val="24"/>
        </w:rPr>
      </w:pPr>
      <w:r>
        <w:rPr>
          <w:b/>
          <w:sz w:val="24"/>
          <w:szCs w:val="24"/>
        </w:rPr>
        <w:lastRenderedPageBreak/>
        <w:t>MADDE 41</w:t>
      </w:r>
      <w:r w:rsidR="008033A3" w:rsidRPr="008033A3">
        <w:rPr>
          <w:b/>
          <w:sz w:val="24"/>
          <w:szCs w:val="24"/>
        </w:rPr>
        <w:t xml:space="preserve"> - Görsel ve İşitsel Kayıtların Kullanımı</w:t>
      </w:r>
    </w:p>
    <w:p w:rsidR="008867D1" w:rsidRPr="008033A3" w:rsidRDefault="008867D1" w:rsidP="00F5261F">
      <w:pPr>
        <w:pStyle w:val="ListeParagraf"/>
        <w:numPr>
          <w:ilvl w:val="0"/>
          <w:numId w:val="48"/>
        </w:numPr>
        <w:jc w:val="both"/>
        <w:rPr>
          <w:sz w:val="24"/>
          <w:szCs w:val="24"/>
        </w:rPr>
      </w:pPr>
      <w:r w:rsidRPr="008033A3">
        <w:rPr>
          <w:sz w:val="24"/>
          <w:szCs w:val="24"/>
        </w:rPr>
        <w:t>Çocuk Meclisi toplantı ve faaliyetleri kapsamında çocuklara ait fotoğraf, video veya ses kayıtlarının alınması ve kullanılması, ilgili mevzuat ile kişisel verilerin korunmasına ilişkin esaslara uygun olarak üretilir.</w:t>
      </w:r>
    </w:p>
    <w:p w:rsidR="008867D1" w:rsidRPr="008033A3" w:rsidRDefault="008867D1" w:rsidP="00F5261F">
      <w:pPr>
        <w:pStyle w:val="ListeParagraf"/>
        <w:numPr>
          <w:ilvl w:val="0"/>
          <w:numId w:val="48"/>
        </w:numPr>
        <w:jc w:val="both"/>
        <w:rPr>
          <w:sz w:val="24"/>
          <w:szCs w:val="24"/>
        </w:rPr>
      </w:pPr>
      <w:r w:rsidRPr="008033A3">
        <w:rPr>
          <w:sz w:val="24"/>
          <w:szCs w:val="24"/>
        </w:rPr>
        <w:t>Çocuğa ait fotoğraf, video, ses kayıtlarının alınması ve kullanılması, ilgili mevzuat ile kişisel verilerin korunmasına ilişkin esaslara uygun olarak yürütülür.</w:t>
      </w:r>
    </w:p>
    <w:p w:rsidR="008867D1" w:rsidRPr="008033A3" w:rsidRDefault="008867D1" w:rsidP="00F5261F">
      <w:pPr>
        <w:pStyle w:val="ListeParagraf"/>
        <w:numPr>
          <w:ilvl w:val="0"/>
          <w:numId w:val="48"/>
        </w:numPr>
        <w:jc w:val="both"/>
        <w:rPr>
          <w:sz w:val="24"/>
          <w:szCs w:val="24"/>
        </w:rPr>
      </w:pPr>
      <w:r w:rsidRPr="008033A3">
        <w:rPr>
          <w:sz w:val="24"/>
          <w:szCs w:val="24"/>
        </w:rPr>
        <w:t>Fotoğraf ve video veya ses kayıtlarının kullanılmasına izin verilmemesi, çocuğun Çocuk Meclisine üyeliğine, toplantılara, komisyonlara veya diğer faaliyetlere katılımına engel oluşturmaz ve çocuk açısından herhangi bir hak kaybına neden olmaz.</w:t>
      </w:r>
    </w:p>
    <w:p w:rsidR="00864182" w:rsidRPr="008033A3" w:rsidRDefault="008867D1" w:rsidP="00F5261F">
      <w:pPr>
        <w:pStyle w:val="ListeParagraf"/>
        <w:numPr>
          <w:ilvl w:val="0"/>
          <w:numId w:val="48"/>
        </w:numPr>
        <w:jc w:val="both"/>
        <w:rPr>
          <w:sz w:val="24"/>
          <w:szCs w:val="24"/>
        </w:rPr>
      </w:pPr>
      <w:r w:rsidRPr="008033A3">
        <w:rPr>
          <w:sz w:val="24"/>
          <w:szCs w:val="24"/>
        </w:rPr>
        <w:t>Görsel ve işitsel kayıtların kullanımında çocuğun üstün yararı, mahremiyeti, güvenliği ve kişilik kişisel hakları g</w:t>
      </w:r>
      <w:r w:rsidR="00724E2A" w:rsidRPr="008033A3">
        <w:rPr>
          <w:sz w:val="24"/>
          <w:szCs w:val="24"/>
        </w:rPr>
        <w:t>özetilir; çocuğu küçük düşürücü, özel hayatını ihlal edici veya güvenliğini tehlikeye düşürebilecek içerikler yayımlanamaz.</w:t>
      </w:r>
    </w:p>
    <w:p w:rsidR="00864182" w:rsidRPr="008033A3" w:rsidRDefault="00F44B38" w:rsidP="00A5026C">
      <w:pPr>
        <w:rPr>
          <w:b/>
          <w:sz w:val="24"/>
          <w:szCs w:val="24"/>
        </w:rPr>
      </w:pPr>
      <w:r>
        <w:rPr>
          <w:b/>
          <w:sz w:val="24"/>
          <w:szCs w:val="24"/>
        </w:rPr>
        <w:t>MADDE 42</w:t>
      </w:r>
      <w:r w:rsidR="008033A3" w:rsidRPr="008033A3">
        <w:rPr>
          <w:b/>
          <w:sz w:val="24"/>
          <w:szCs w:val="24"/>
        </w:rPr>
        <w:t xml:space="preserve"> - Hüküm Bulunmayan Haller</w:t>
      </w:r>
    </w:p>
    <w:p w:rsidR="00864182" w:rsidRPr="008033A3" w:rsidRDefault="00864182" w:rsidP="00F5261F">
      <w:pPr>
        <w:pStyle w:val="ListeParagraf"/>
        <w:numPr>
          <w:ilvl w:val="0"/>
          <w:numId w:val="49"/>
        </w:numPr>
        <w:rPr>
          <w:sz w:val="24"/>
          <w:szCs w:val="24"/>
        </w:rPr>
      </w:pPr>
      <w:r w:rsidRPr="008033A3">
        <w:rPr>
          <w:sz w:val="24"/>
          <w:szCs w:val="24"/>
        </w:rPr>
        <w:t>Bu yönerg</w:t>
      </w:r>
      <w:r w:rsidR="0002536F" w:rsidRPr="008033A3">
        <w:rPr>
          <w:sz w:val="24"/>
          <w:szCs w:val="24"/>
        </w:rPr>
        <w:t>e hüküm bulunmayan hallerde ilgili mevzuat hükümleri ile çocuğun üstün yararı, çocuk hakları ve çocuk katılımı ilkeleri esas alınır.</w:t>
      </w:r>
    </w:p>
    <w:p w:rsidR="0002536F" w:rsidRPr="008033A3" w:rsidRDefault="0002536F" w:rsidP="00F5261F">
      <w:pPr>
        <w:pStyle w:val="ListeParagraf"/>
        <w:numPr>
          <w:ilvl w:val="0"/>
          <w:numId w:val="49"/>
        </w:numPr>
        <w:rPr>
          <w:sz w:val="24"/>
          <w:szCs w:val="24"/>
        </w:rPr>
      </w:pPr>
      <w:r w:rsidRPr="008033A3">
        <w:rPr>
          <w:sz w:val="24"/>
          <w:szCs w:val="24"/>
        </w:rPr>
        <w:t xml:space="preserve">Bu Yönergenin uygulanmasına </w:t>
      </w:r>
      <w:r w:rsidR="00A47B06" w:rsidRPr="008033A3">
        <w:rPr>
          <w:sz w:val="24"/>
          <w:szCs w:val="24"/>
        </w:rPr>
        <w:t>ilişkin idari ve teknik düzenlemeler ile standart form, belge ve iş akışları, Yönerge hükümlerine aykırı olmamak kaydıyla Müdürlük tarafından hazırlanır ve ilgili makamın onayına sunulur.</w:t>
      </w:r>
    </w:p>
    <w:p w:rsidR="008033A3" w:rsidRPr="00F44B38" w:rsidRDefault="00F44B38" w:rsidP="00F44B38">
      <w:pPr>
        <w:rPr>
          <w:b/>
          <w:sz w:val="24"/>
          <w:szCs w:val="24"/>
        </w:rPr>
      </w:pPr>
      <w:r>
        <w:rPr>
          <w:b/>
          <w:sz w:val="24"/>
          <w:szCs w:val="24"/>
        </w:rPr>
        <w:t>MADDE 4</w:t>
      </w:r>
      <w:r w:rsidR="00B02219">
        <w:rPr>
          <w:b/>
          <w:sz w:val="24"/>
          <w:szCs w:val="24"/>
        </w:rPr>
        <w:t>3</w:t>
      </w:r>
      <w:r>
        <w:rPr>
          <w:b/>
          <w:sz w:val="24"/>
          <w:szCs w:val="24"/>
        </w:rPr>
        <w:t xml:space="preserve"> </w:t>
      </w:r>
      <w:r w:rsidR="008033A3" w:rsidRPr="00F44B38">
        <w:rPr>
          <w:b/>
          <w:sz w:val="24"/>
          <w:szCs w:val="24"/>
        </w:rPr>
        <w:t xml:space="preserve">- Geçiş Hükmü </w:t>
      </w:r>
    </w:p>
    <w:p w:rsidR="002B35E3" w:rsidRPr="008033A3" w:rsidRDefault="00A47B06" w:rsidP="00F5261F">
      <w:pPr>
        <w:pStyle w:val="ListeParagraf"/>
        <w:numPr>
          <w:ilvl w:val="0"/>
          <w:numId w:val="51"/>
        </w:numPr>
        <w:rPr>
          <w:sz w:val="24"/>
          <w:szCs w:val="24"/>
        </w:rPr>
      </w:pPr>
      <w:r w:rsidRPr="008033A3">
        <w:rPr>
          <w:sz w:val="24"/>
          <w:szCs w:val="24"/>
        </w:rPr>
        <w:t>Bu yönergenin yürürlüğe girmesinden sonra Çocuk Meclisinin ilk oluşumuna ilişkin başvuru, üyelik, kura, oryantasyon, Genel Kurul ve seçim takvimi Müdürlük tarafından hazırlanarak ilan edilir.</w:t>
      </w:r>
    </w:p>
    <w:p w:rsidR="00A47B06" w:rsidRPr="008033A3" w:rsidRDefault="00A47B06" w:rsidP="00F5261F">
      <w:pPr>
        <w:pStyle w:val="ListeParagraf"/>
        <w:numPr>
          <w:ilvl w:val="0"/>
          <w:numId w:val="51"/>
        </w:numPr>
        <w:rPr>
          <w:sz w:val="24"/>
          <w:szCs w:val="24"/>
        </w:rPr>
      </w:pPr>
      <w:r w:rsidRPr="008033A3">
        <w:rPr>
          <w:sz w:val="24"/>
          <w:szCs w:val="24"/>
        </w:rPr>
        <w:t>İlk dönem üyelerinin belirlenmesinin ardından, üyelerin katılımıyla oryantasyon çalışması gerçekleştirilir ve ilk Genel Kurul toplantısı yapılır.</w:t>
      </w:r>
    </w:p>
    <w:p w:rsidR="00A47B06" w:rsidRPr="008033A3" w:rsidRDefault="00A47B06" w:rsidP="00F5261F">
      <w:pPr>
        <w:pStyle w:val="ListeParagraf"/>
        <w:numPr>
          <w:ilvl w:val="0"/>
          <w:numId w:val="51"/>
        </w:numPr>
        <w:rPr>
          <w:sz w:val="24"/>
          <w:szCs w:val="24"/>
        </w:rPr>
      </w:pPr>
      <w:r w:rsidRPr="008033A3">
        <w:rPr>
          <w:sz w:val="24"/>
          <w:szCs w:val="24"/>
        </w:rPr>
        <w:t>İlk Genel Kurul toplantısında Meclis Başkanı ve Yürütme Ekibi bu Yönergede belirlenen usullere göre seçilir; komisyonların oluşturulmasına ilişkin süreç başlatılır.</w:t>
      </w:r>
    </w:p>
    <w:p w:rsidR="00D87491" w:rsidRPr="00B353DC" w:rsidRDefault="00F93A43" w:rsidP="00B353DC">
      <w:pPr>
        <w:pStyle w:val="ListeParagraf"/>
        <w:numPr>
          <w:ilvl w:val="0"/>
          <w:numId w:val="51"/>
        </w:numPr>
        <w:rPr>
          <w:sz w:val="24"/>
          <w:szCs w:val="24"/>
        </w:rPr>
      </w:pPr>
      <w:r w:rsidRPr="008033A3">
        <w:rPr>
          <w:sz w:val="24"/>
          <w:szCs w:val="24"/>
        </w:rPr>
        <w:t>İlk çalışma dönemine ilişkin yıllık çalışma planı, Yürütme Ekinin oluşturulmasını takiben hazırlanarak Genel Kurulun değerlendirilmesine sunulur.</w:t>
      </w:r>
    </w:p>
    <w:p w:rsidR="00D87491" w:rsidRPr="00D87491" w:rsidRDefault="00D87491" w:rsidP="00D87491">
      <w:pPr>
        <w:rPr>
          <w:b/>
          <w:sz w:val="24"/>
          <w:szCs w:val="24"/>
        </w:rPr>
      </w:pPr>
      <w:r w:rsidRPr="00D87491">
        <w:rPr>
          <w:b/>
          <w:sz w:val="24"/>
          <w:szCs w:val="24"/>
        </w:rPr>
        <w:t>MADDE 4</w:t>
      </w:r>
      <w:r w:rsidR="00B02219">
        <w:rPr>
          <w:b/>
          <w:sz w:val="24"/>
          <w:szCs w:val="24"/>
        </w:rPr>
        <w:t>4</w:t>
      </w:r>
      <w:r w:rsidRPr="00D87491">
        <w:rPr>
          <w:b/>
          <w:sz w:val="24"/>
          <w:szCs w:val="24"/>
        </w:rPr>
        <w:t>- Ekler ve Formlar</w:t>
      </w:r>
    </w:p>
    <w:p w:rsidR="00D87491" w:rsidRDefault="00D87491" w:rsidP="00F5261F">
      <w:pPr>
        <w:pStyle w:val="ListeParagraf"/>
        <w:numPr>
          <w:ilvl w:val="0"/>
          <w:numId w:val="62"/>
        </w:numPr>
        <w:spacing w:after="60"/>
        <w:jc w:val="both"/>
        <w:rPr>
          <w:rFonts w:cs="Times New Roman"/>
          <w:sz w:val="24"/>
          <w:szCs w:val="24"/>
        </w:rPr>
      </w:pPr>
      <w:r w:rsidRPr="00024B78">
        <w:rPr>
          <w:rFonts w:cs="Times New Roman"/>
          <w:sz w:val="24"/>
          <w:szCs w:val="24"/>
        </w:rPr>
        <w:t>Bu Yönergenin uygulanmasında aşağıdaki ekler kullanılır:</w:t>
      </w:r>
    </w:p>
    <w:p w:rsidR="00D87491" w:rsidRPr="00F5261F" w:rsidRDefault="00D87491" w:rsidP="00B353DC">
      <w:pPr>
        <w:pStyle w:val="AralkYok"/>
        <w:spacing w:line="276" w:lineRule="auto"/>
        <w:ind w:left="720"/>
        <w:jc w:val="both"/>
        <w:rPr>
          <w:rFonts w:ascii="Times New Roman" w:hAnsi="Times New Roman" w:cs="Times New Roman"/>
          <w:sz w:val="24"/>
          <w:szCs w:val="24"/>
        </w:rPr>
      </w:pPr>
      <w:r w:rsidRPr="00F5261F">
        <w:rPr>
          <w:rFonts w:ascii="Times New Roman" w:hAnsi="Times New Roman" w:cs="Times New Roman"/>
          <w:sz w:val="24"/>
          <w:szCs w:val="24"/>
        </w:rPr>
        <w:t>EK-1: Başvuru ve Kayıt Kontrol Listesi</w:t>
      </w:r>
    </w:p>
    <w:p w:rsidR="00D87491" w:rsidRPr="00F5261F" w:rsidRDefault="00D87491" w:rsidP="00B353DC">
      <w:pPr>
        <w:pStyle w:val="AralkYok"/>
        <w:spacing w:line="276" w:lineRule="auto"/>
        <w:ind w:left="720"/>
        <w:jc w:val="both"/>
        <w:rPr>
          <w:rFonts w:ascii="Times New Roman" w:eastAsia="Times New Roman" w:hAnsi="Times New Roman"/>
          <w:sz w:val="24"/>
          <w:szCs w:val="24"/>
          <w:lang w:val="tr-TR"/>
        </w:rPr>
      </w:pPr>
      <w:r w:rsidRPr="00F5261F">
        <w:rPr>
          <w:rFonts w:ascii="Times New Roman" w:eastAsia="Times New Roman" w:hAnsi="Times New Roman"/>
          <w:sz w:val="24"/>
          <w:szCs w:val="24"/>
          <w:lang w:val="tr-TR"/>
        </w:rPr>
        <w:t>EK-2: Veli/Vasi Katılım Muvafakatnamesi</w:t>
      </w:r>
    </w:p>
    <w:p w:rsidR="00D87491" w:rsidRPr="00F5261F" w:rsidRDefault="00D87491" w:rsidP="00B353DC">
      <w:pPr>
        <w:pStyle w:val="AralkYok"/>
        <w:spacing w:line="276" w:lineRule="auto"/>
        <w:ind w:left="720"/>
        <w:jc w:val="both"/>
        <w:rPr>
          <w:rFonts w:ascii="Times New Roman" w:eastAsia="Times New Roman" w:hAnsi="Times New Roman"/>
          <w:sz w:val="24"/>
          <w:szCs w:val="24"/>
          <w:lang w:val="tr-TR"/>
        </w:rPr>
      </w:pPr>
      <w:r w:rsidRPr="00F5261F">
        <w:rPr>
          <w:rFonts w:ascii="Times New Roman" w:eastAsia="Times New Roman" w:hAnsi="Times New Roman"/>
          <w:sz w:val="24"/>
          <w:szCs w:val="24"/>
          <w:lang w:val="tr-TR"/>
        </w:rPr>
        <w:t>EK -3:  Fotoğraf, Video ve Ses Kaydı Kullanım Tercih Formu</w:t>
      </w:r>
    </w:p>
    <w:p w:rsidR="00D87491" w:rsidRPr="00F5261F" w:rsidRDefault="00D87491" w:rsidP="00B353DC">
      <w:pPr>
        <w:pStyle w:val="AralkYok"/>
        <w:spacing w:line="276" w:lineRule="auto"/>
        <w:ind w:left="720"/>
        <w:jc w:val="both"/>
        <w:rPr>
          <w:rFonts w:ascii="Times New Roman" w:eastAsia="Times New Roman" w:hAnsi="Times New Roman"/>
          <w:sz w:val="24"/>
          <w:szCs w:val="24"/>
          <w:lang w:val="tr-TR"/>
        </w:rPr>
      </w:pPr>
      <w:r w:rsidRPr="00F5261F">
        <w:rPr>
          <w:rFonts w:ascii="Times New Roman" w:eastAsia="Times New Roman" w:hAnsi="Times New Roman"/>
          <w:sz w:val="24"/>
          <w:szCs w:val="24"/>
          <w:lang w:val="tr-TR"/>
        </w:rPr>
        <w:t>EK-4: Kura Tutanağı Şablonu</w:t>
      </w:r>
    </w:p>
    <w:p w:rsidR="00D87491" w:rsidRPr="00F5261F" w:rsidRDefault="00D87491" w:rsidP="00B353DC">
      <w:pPr>
        <w:pStyle w:val="AralkYok"/>
        <w:spacing w:line="276" w:lineRule="auto"/>
        <w:ind w:left="720"/>
        <w:jc w:val="both"/>
        <w:rPr>
          <w:rFonts w:ascii="Times New Roman" w:eastAsia="Times New Roman" w:hAnsi="Times New Roman"/>
          <w:sz w:val="24"/>
          <w:szCs w:val="24"/>
          <w:lang w:val="tr-TR"/>
        </w:rPr>
      </w:pPr>
      <w:r w:rsidRPr="00F5261F">
        <w:rPr>
          <w:rFonts w:ascii="Times New Roman" w:eastAsia="Times New Roman" w:hAnsi="Times New Roman"/>
          <w:sz w:val="24"/>
          <w:szCs w:val="24"/>
          <w:lang w:val="tr-TR"/>
        </w:rPr>
        <w:t>EK-5: Toplantı Gündemi Şablonu</w:t>
      </w:r>
    </w:p>
    <w:p w:rsidR="00D87491" w:rsidRPr="00F5261F" w:rsidRDefault="00D87491" w:rsidP="00B353DC">
      <w:pPr>
        <w:pStyle w:val="AralkYok"/>
        <w:spacing w:line="276" w:lineRule="auto"/>
        <w:ind w:left="720"/>
        <w:jc w:val="both"/>
        <w:rPr>
          <w:rFonts w:ascii="Times New Roman" w:eastAsia="Times New Roman" w:hAnsi="Times New Roman"/>
          <w:sz w:val="24"/>
          <w:szCs w:val="24"/>
          <w:lang w:val="tr-TR"/>
        </w:rPr>
      </w:pPr>
      <w:r w:rsidRPr="00F5261F">
        <w:rPr>
          <w:rFonts w:ascii="Times New Roman" w:eastAsia="Times New Roman" w:hAnsi="Times New Roman"/>
          <w:sz w:val="24"/>
          <w:szCs w:val="24"/>
          <w:lang w:val="tr-TR"/>
        </w:rPr>
        <w:t>EK-6: Toplantı Tutanak ve Karar Özeti Şablonu</w:t>
      </w:r>
    </w:p>
    <w:p w:rsidR="00D87491" w:rsidRPr="00F5261F" w:rsidRDefault="00D87491" w:rsidP="00B353DC">
      <w:pPr>
        <w:pStyle w:val="AralkYok"/>
        <w:spacing w:line="276" w:lineRule="auto"/>
        <w:ind w:left="720"/>
        <w:jc w:val="both"/>
        <w:rPr>
          <w:rFonts w:ascii="Times New Roman" w:eastAsia="Times New Roman" w:hAnsi="Times New Roman"/>
          <w:sz w:val="24"/>
          <w:szCs w:val="24"/>
          <w:lang w:val="tr-TR"/>
        </w:rPr>
      </w:pPr>
      <w:r w:rsidRPr="00F5261F">
        <w:rPr>
          <w:rFonts w:ascii="Times New Roman" w:eastAsia="Times New Roman" w:hAnsi="Times New Roman"/>
          <w:sz w:val="24"/>
          <w:szCs w:val="24"/>
          <w:lang w:val="tr-TR"/>
        </w:rPr>
        <w:lastRenderedPageBreak/>
        <w:t>EK-7: Komisyon Raporu Şablonu</w:t>
      </w:r>
    </w:p>
    <w:p w:rsidR="00D87491" w:rsidRPr="00F5261F" w:rsidRDefault="00D87491" w:rsidP="00B353DC">
      <w:pPr>
        <w:pStyle w:val="AralkYok"/>
        <w:spacing w:line="276" w:lineRule="auto"/>
        <w:ind w:left="720"/>
        <w:jc w:val="both"/>
        <w:rPr>
          <w:rFonts w:ascii="Times New Roman" w:eastAsia="Times New Roman" w:hAnsi="Times New Roman"/>
          <w:sz w:val="24"/>
          <w:szCs w:val="24"/>
          <w:lang w:val="tr-TR"/>
        </w:rPr>
      </w:pPr>
      <w:r w:rsidRPr="00F5261F">
        <w:rPr>
          <w:rFonts w:ascii="Times New Roman" w:eastAsia="Times New Roman" w:hAnsi="Times New Roman"/>
          <w:sz w:val="24"/>
          <w:szCs w:val="24"/>
          <w:lang w:val="tr-TR"/>
        </w:rPr>
        <w:t xml:space="preserve">EK-8: Güvenli Katılım Olay Bildirim Formu </w:t>
      </w:r>
    </w:p>
    <w:p w:rsidR="00D87491" w:rsidRPr="00B02219" w:rsidRDefault="00F5261F" w:rsidP="00B353DC">
      <w:pPr>
        <w:pStyle w:val="ListeParagraf"/>
        <w:numPr>
          <w:ilvl w:val="0"/>
          <w:numId w:val="62"/>
        </w:numPr>
        <w:jc w:val="both"/>
        <w:rPr>
          <w:b/>
          <w:sz w:val="24"/>
          <w:szCs w:val="24"/>
        </w:rPr>
      </w:pPr>
      <w:r w:rsidRPr="00F5261F">
        <w:rPr>
          <w:rFonts w:eastAsiaTheme="minorEastAsia" w:cs="Times New Roman"/>
          <w:sz w:val="24"/>
          <w:szCs w:val="24"/>
          <w:lang w:val="en-US"/>
        </w:rPr>
        <w:t>Eklerde; mevzuata, ve bu Yönergeye aykırı olmamak kaydıyla veri alanları, belge kontrol alanları ve benzeri teknik ve şekli değişiklikler Daire Başkanının onayıyla yapılabilir.</w:t>
      </w:r>
    </w:p>
    <w:p w:rsidR="00B02219" w:rsidRPr="00B02219" w:rsidRDefault="00B02219" w:rsidP="00B02219">
      <w:pPr>
        <w:pStyle w:val="ListeParagraf"/>
        <w:ind w:left="360"/>
        <w:jc w:val="both"/>
        <w:rPr>
          <w:b/>
          <w:sz w:val="24"/>
          <w:szCs w:val="24"/>
        </w:rPr>
      </w:pPr>
    </w:p>
    <w:p w:rsidR="00B02219" w:rsidRDefault="00B02219" w:rsidP="00B02219">
      <w:pPr>
        <w:pStyle w:val="ListeParagraf"/>
        <w:ind w:left="360"/>
        <w:rPr>
          <w:b/>
          <w:sz w:val="24"/>
          <w:szCs w:val="24"/>
        </w:rPr>
      </w:pPr>
      <w:r w:rsidRPr="00B02219">
        <w:rPr>
          <w:b/>
          <w:sz w:val="24"/>
          <w:szCs w:val="24"/>
        </w:rPr>
        <w:t>MADDE 4</w:t>
      </w:r>
      <w:r>
        <w:rPr>
          <w:b/>
          <w:sz w:val="24"/>
          <w:szCs w:val="24"/>
        </w:rPr>
        <w:t>5</w:t>
      </w:r>
      <w:r w:rsidRPr="00B02219">
        <w:rPr>
          <w:b/>
          <w:sz w:val="24"/>
          <w:szCs w:val="24"/>
        </w:rPr>
        <w:t xml:space="preserve"> – Yürürlük ve Yürütme </w:t>
      </w:r>
    </w:p>
    <w:p w:rsidR="00B02219" w:rsidRDefault="00B02219" w:rsidP="00B02219">
      <w:pPr>
        <w:pStyle w:val="ListeParagraf"/>
        <w:ind w:left="360"/>
        <w:rPr>
          <w:b/>
          <w:sz w:val="24"/>
          <w:szCs w:val="24"/>
        </w:rPr>
      </w:pPr>
    </w:p>
    <w:p w:rsidR="00B02219" w:rsidRPr="008033A3" w:rsidRDefault="00B02219" w:rsidP="00B02219">
      <w:pPr>
        <w:pStyle w:val="ListeParagraf"/>
        <w:numPr>
          <w:ilvl w:val="0"/>
          <w:numId w:val="63"/>
        </w:numPr>
        <w:ind w:left="426" w:hanging="568"/>
        <w:rPr>
          <w:sz w:val="24"/>
          <w:szCs w:val="24"/>
        </w:rPr>
      </w:pPr>
      <w:r w:rsidRPr="008033A3">
        <w:rPr>
          <w:sz w:val="24"/>
          <w:szCs w:val="24"/>
        </w:rPr>
        <w:t>Bu Yönerge, Tekirdağ Büyükşehir Belediye Başkanının kabulü ile yürürlüğe girer.</w:t>
      </w:r>
    </w:p>
    <w:p w:rsidR="00B02219" w:rsidRDefault="00B02219" w:rsidP="00B02219">
      <w:pPr>
        <w:pStyle w:val="ListeParagraf"/>
        <w:numPr>
          <w:ilvl w:val="0"/>
          <w:numId w:val="63"/>
        </w:numPr>
        <w:ind w:left="426" w:hanging="568"/>
        <w:rPr>
          <w:sz w:val="24"/>
          <w:szCs w:val="24"/>
        </w:rPr>
      </w:pPr>
      <w:r w:rsidRPr="008033A3">
        <w:rPr>
          <w:sz w:val="24"/>
          <w:szCs w:val="24"/>
        </w:rPr>
        <w:t>Bu Yönerge hükümlerini Tekirdağ Büyükşehir Belediye Başkanı yürütür.</w:t>
      </w:r>
    </w:p>
    <w:p w:rsidR="00B02219" w:rsidRDefault="00B02219" w:rsidP="00B02219">
      <w:pPr>
        <w:pStyle w:val="ListeParagraf"/>
        <w:ind w:left="360"/>
        <w:jc w:val="both"/>
        <w:rPr>
          <w:rFonts w:eastAsiaTheme="minorEastAsia" w:cs="Times New Roman"/>
          <w:sz w:val="24"/>
          <w:szCs w:val="24"/>
          <w:lang w:val="en-US"/>
        </w:rPr>
      </w:pPr>
    </w:p>
    <w:p w:rsidR="00B02219" w:rsidRDefault="00B02219" w:rsidP="00B02219">
      <w:pPr>
        <w:pStyle w:val="ListeParagraf"/>
        <w:ind w:left="360"/>
        <w:jc w:val="both"/>
        <w:rPr>
          <w:rFonts w:eastAsiaTheme="minorEastAsia" w:cs="Times New Roman"/>
          <w:sz w:val="24"/>
          <w:szCs w:val="24"/>
          <w:lang w:val="en-US"/>
        </w:rPr>
      </w:pPr>
    </w:p>
    <w:p w:rsidR="00B02219" w:rsidRDefault="00B02219" w:rsidP="00B02219">
      <w:pPr>
        <w:pStyle w:val="AralkYok"/>
        <w:spacing w:line="276" w:lineRule="auto"/>
        <w:jc w:val="center"/>
        <w:rPr>
          <w:rFonts w:ascii="Times New Roman" w:hAnsi="Times New Roman" w:cs="Times New Roman"/>
          <w:sz w:val="24"/>
          <w:szCs w:val="24"/>
        </w:rPr>
      </w:pPr>
      <w:r>
        <w:rPr>
          <w:rFonts w:ascii="Times New Roman" w:hAnsi="Times New Roman" w:cs="Times New Roman"/>
          <w:sz w:val="24"/>
          <w:szCs w:val="24"/>
        </w:rPr>
        <w:t>Tekirdağ Büyükşehir Belediyesi</w:t>
      </w:r>
    </w:p>
    <w:p w:rsidR="00B02219" w:rsidRDefault="00B02219" w:rsidP="00B02219">
      <w:pPr>
        <w:pStyle w:val="AralkYok"/>
        <w:spacing w:line="276" w:lineRule="auto"/>
        <w:jc w:val="center"/>
        <w:rPr>
          <w:rFonts w:ascii="Times New Roman" w:hAnsi="Times New Roman" w:cs="Times New Roman"/>
          <w:sz w:val="24"/>
          <w:szCs w:val="24"/>
        </w:rPr>
      </w:pPr>
      <w:r>
        <w:rPr>
          <w:rFonts w:ascii="Times New Roman" w:hAnsi="Times New Roman" w:cs="Times New Roman"/>
          <w:sz w:val="24"/>
          <w:szCs w:val="24"/>
        </w:rPr>
        <w:t>Büyükşehir Belediye Başkanı</w:t>
      </w:r>
    </w:p>
    <w:p w:rsidR="00B02219" w:rsidRPr="007C6A93" w:rsidRDefault="00B02219" w:rsidP="00B02219">
      <w:pPr>
        <w:pStyle w:val="AralkYok"/>
        <w:spacing w:line="276" w:lineRule="auto"/>
        <w:jc w:val="center"/>
        <w:rPr>
          <w:rFonts w:ascii="Times New Roman" w:hAnsi="Times New Roman" w:cs="Times New Roman"/>
          <w:sz w:val="24"/>
          <w:szCs w:val="24"/>
        </w:rPr>
      </w:pPr>
      <w:r>
        <w:rPr>
          <w:rFonts w:ascii="Times New Roman" w:hAnsi="Times New Roman" w:cs="Times New Roman"/>
          <w:sz w:val="24"/>
          <w:szCs w:val="24"/>
        </w:rPr>
        <w:t>Dr. Candan YÜCEER</w:t>
      </w:r>
    </w:p>
    <w:p w:rsidR="00B02219" w:rsidRDefault="00B02219" w:rsidP="00B02219">
      <w:pPr>
        <w:pStyle w:val="ListeParagraf"/>
        <w:ind w:left="360"/>
        <w:jc w:val="both"/>
        <w:rPr>
          <w:rFonts w:eastAsiaTheme="minorEastAsia" w:cs="Times New Roman"/>
          <w:sz w:val="24"/>
          <w:szCs w:val="24"/>
          <w:lang w:val="en-US"/>
        </w:rPr>
      </w:pPr>
    </w:p>
    <w:p w:rsidR="00B02219" w:rsidRPr="00B353DC" w:rsidRDefault="00B02219" w:rsidP="00B02219">
      <w:pPr>
        <w:pStyle w:val="ListeParagraf"/>
        <w:ind w:left="360"/>
        <w:jc w:val="both"/>
        <w:rPr>
          <w:b/>
          <w:sz w:val="24"/>
          <w:szCs w:val="24"/>
        </w:rPr>
      </w:pPr>
    </w:p>
    <w:p w:rsidR="009F6680" w:rsidRPr="00F44B38" w:rsidRDefault="00F44B38" w:rsidP="00A5026C">
      <w:pPr>
        <w:rPr>
          <w:b/>
          <w:sz w:val="24"/>
          <w:szCs w:val="24"/>
        </w:rPr>
      </w:pPr>
      <w:r w:rsidRPr="00F44B38">
        <w:rPr>
          <w:b/>
          <w:sz w:val="24"/>
          <w:szCs w:val="24"/>
        </w:rPr>
        <w:t>EKLER</w:t>
      </w:r>
    </w:p>
    <w:p w:rsidR="009E09DA" w:rsidRPr="00EF50DC" w:rsidRDefault="00F44B38" w:rsidP="00A5026C">
      <w:pPr>
        <w:rPr>
          <w:rFonts w:cs="Times New Roman"/>
          <w:b/>
          <w:sz w:val="24"/>
        </w:rPr>
      </w:pPr>
      <w:r>
        <w:rPr>
          <w:rFonts w:cs="Times New Roman"/>
          <w:b/>
          <w:sz w:val="24"/>
        </w:rPr>
        <w:t xml:space="preserve">EK-1: </w:t>
      </w:r>
      <w:r w:rsidR="009E09DA" w:rsidRPr="00EF50DC">
        <w:rPr>
          <w:rFonts w:cs="Times New Roman"/>
          <w:b/>
          <w:sz w:val="24"/>
        </w:rPr>
        <w:t>Başvuru ve Kayıt Kontrol Listesi</w:t>
      </w:r>
    </w:p>
    <w:p w:rsidR="009E09DA" w:rsidRPr="00EF50DC" w:rsidRDefault="009E09DA" w:rsidP="00F5261F">
      <w:pPr>
        <w:pStyle w:val="ListeParagraf"/>
        <w:numPr>
          <w:ilvl w:val="0"/>
          <w:numId w:val="52"/>
        </w:numPr>
        <w:rPr>
          <w:sz w:val="24"/>
          <w:szCs w:val="24"/>
        </w:rPr>
      </w:pPr>
      <w:r w:rsidRPr="00EF50DC">
        <w:rPr>
          <w:rFonts w:cs="Times New Roman"/>
          <w:sz w:val="24"/>
        </w:rPr>
        <w:t>Çocuk Meclisi başvuru formu</w:t>
      </w:r>
    </w:p>
    <w:p w:rsidR="009E09DA" w:rsidRPr="00EF50DC" w:rsidRDefault="009E09DA" w:rsidP="00F5261F">
      <w:pPr>
        <w:pStyle w:val="ListeParagraf"/>
        <w:numPr>
          <w:ilvl w:val="0"/>
          <w:numId w:val="52"/>
        </w:numPr>
        <w:rPr>
          <w:sz w:val="24"/>
          <w:szCs w:val="24"/>
        </w:rPr>
      </w:pPr>
      <w:r w:rsidRPr="00EF50DC">
        <w:rPr>
          <w:rFonts w:cs="Times New Roman"/>
          <w:sz w:val="24"/>
        </w:rPr>
        <w:t>Veli/vasi katılım muvafakatnamesi</w:t>
      </w:r>
    </w:p>
    <w:p w:rsidR="009E09DA" w:rsidRPr="00EF50DC" w:rsidRDefault="009E09DA" w:rsidP="00F5261F">
      <w:pPr>
        <w:pStyle w:val="ListeParagraf"/>
        <w:numPr>
          <w:ilvl w:val="0"/>
          <w:numId w:val="52"/>
        </w:numPr>
        <w:rPr>
          <w:sz w:val="24"/>
          <w:szCs w:val="24"/>
        </w:rPr>
      </w:pPr>
      <w:r w:rsidRPr="00EF50DC">
        <w:rPr>
          <w:rFonts w:cs="Times New Roman"/>
          <w:sz w:val="24"/>
        </w:rPr>
        <w:t>Yaş şartının doğrulanmasına ilişkin bilgi veya belge</w:t>
      </w:r>
    </w:p>
    <w:p w:rsidR="009E09DA" w:rsidRPr="00EF50DC" w:rsidRDefault="009E09DA" w:rsidP="00F5261F">
      <w:pPr>
        <w:pStyle w:val="ListeParagraf"/>
        <w:numPr>
          <w:ilvl w:val="0"/>
          <w:numId w:val="52"/>
        </w:numPr>
        <w:rPr>
          <w:sz w:val="24"/>
          <w:szCs w:val="24"/>
        </w:rPr>
      </w:pPr>
      <w:r w:rsidRPr="00EF50DC">
        <w:rPr>
          <w:rFonts w:cs="Times New Roman"/>
          <w:sz w:val="24"/>
        </w:rPr>
        <w:t>Tekirdağ il sınırlarında ikamet edildiğine ilişkin bilgi veya belge</w:t>
      </w:r>
    </w:p>
    <w:p w:rsidR="009E09DA" w:rsidRPr="00EF50DC" w:rsidRDefault="009E09DA" w:rsidP="00F5261F">
      <w:pPr>
        <w:pStyle w:val="ListeParagraf"/>
        <w:numPr>
          <w:ilvl w:val="0"/>
          <w:numId w:val="52"/>
        </w:numPr>
        <w:rPr>
          <w:sz w:val="24"/>
          <w:szCs w:val="24"/>
        </w:rPr>
      </w:pPr>
      <w:r w:rsidRPr="00EF50DC">
        <w:rPr>
          <w:rFonts w:cs="Times New Roman"/>
          <w:sz w:val="24"/>
        </w:rPr>
        <w:t>Veli/vasi iletişim bilgileri</w:t>
      </w:r>
    </w:p>
    <w:p w:rsidR="009E09DA" w:rsidRPr="00EF50DC" w:rsidRDefault="009E09DA" w:rsidP="00F5261F">
      <w:pPr>
        <w:pStyle w:val="ListeParagraf"/>
        <w:numPr>
          <w:ilvl w:val="0"/>
          <w:numId w:val="52"/>
        </w:numPr>
        <w:rPr>
          <w:sz w:val="24"/>
          <w:szCs w:val="24"/>
        </w:rPr>
      </w:pPr>
      <w:r w:rsidRPr="00EF50DC">
        <w:rPr>
          <w:rFonts w:cs="Times New Roman"/>
          <w:sz w:val="24"/>
        </w:rPr>
        <w:t>Kişisel verilerin işlenmesine ilişkin aydınlatma metninin ilgili kişiye sunulduğuna ilişkin kayıt</w:t>
      </w:r>
    </w:p>
    <w:p w:rsidR="009E09DA" w:rsidRPr="00EF50DC" w:rsidRDefault="009E09DA" w:rsidP="00F5261F">
      <w:pPr>
        <w:pStyle w:val="ListeParagraf"/>
        <w:numPr>
          <w:ilvl w:val="0"/>
          <w:numId w:val="52"/>
        </w:numPr>
        <w:rPr>
          <w:sz w:val="24"/>
          <w:szCs w:val="24"/>
        </w:rPr>
      </w:pPr>
      <w:r w:rsidRPr="00EF50DC">
        <w:rPr>
          <w:rFonts w:cs="Times New Roman"/>
          <w:sz w:val="24"/>
        </w:rPr>
        <w:t>Gerektiğinde, çocuğun güvenli ve erişilebilir katılımının sağlanmasına yönelik ihtiyaç bilgileri</w:t>
      </w:r>
    </w:p>
    <w:p w:rsidR="009E09DA" w:rsidRPr="00EF50DC" w:rsidRDefault="00F44B38" w:rsidP="00A5026C">
      <w:pPr>
        <w:rPr>
          <w:b/>
          <w:sz w:val="24"/>
          <w:szCs w:val="24"/>
        </w:rPr>
      </w:pPr>
      <w:r>
        <w:rPr>
          <w:rFonts w:cs="Times New Roman"/>
          <w:b/>
          <w:sz w:val="24"/>
        </w:rPr>
        <w:t>EK-2:</w:t>
      </w:r>
      <w:r w:rsidR="00EF50DC" w:rsidRPr="00EF50DC">
        <w:rPr>
          <w:rFonts w:cs="Times New Roman"/>
          <w:b/>
          <w:sz w:val="24"/>
        </w:rPr>
        <w:t xml:space="preserve"> </w:t>
      </w:r>
      <w:r w:rsidR="009E09DA" w:rsidRPr="00EF50DC">
        <w:rPr>
          <w:rFonts w:cs="Times New Roman"/>
          <w:b/>
          <w:sz w:val="24"/>
        </w:rPr>
        <w:t>Veli/Vasi Katılım Muvafakatnamesi</w:t>
      </w:r>
    </w:p>
    <w:p w:rsidR="009E09DA" w:rsidRPr="00EF50DC" w:rsidRDefault="009E09DA" w:rsidP="007C6A93">
      <w:pPr>
        <w:pStyle w:val="ListeParagraf"/>
        <w:ind w:left="142"/>
        <w:rPr>
          <w:sz w:val="24"/>
          <w:szCs w:val="24"/>
        </w:rPr>
      </w:pPr>
      <w:r w:rsidRPr="00EF50DC">
        <w:rPr>
          <w:rFonts w:cs="Times New Roman"/>
          <w:sz w:val="24"/>
        </w:rPr>
        <w:t>Çocuğun Adı Soyadı: ______________________________________________</w:t>
      </w:r>
    </w:p>
    <w:p w:rsidR="009E09DA" w:rsidRPr="00EF50DC" w:rsidRDefault="009E09DA" w:rsidP="007C6A93">
      <w:pPr>
        <w:pStyle w:val="ListeParagraf"/>
        <w:ind w:left="142"/>
        <w:rPr>
          <w:sz w:val="24"/>
          <w:szCs w:val="24"/>
        </w:rPr>
      </w:pPr>
      <w:r w:rsidRPr="00EF50DC">
        <w:rPr>
          <w:rFonts w:cs="Times New Roman"/>
          <w:sz w:val="24"/>
        </w:rPr>
        <w:t>Doğum Tarihi: ____ / ____ / ______</w:t>
      </w:r>
    </w:p>
    <w:p w:rsidR="009E09DA" w:rsidRPr="00EF50DC" w:rsidRDefault="009E09DA" w:rsidP="007C6A93">
      <w:pPr>
        <w:pStyle w:val="ListeParagraf"/>
        <w:ind w:left="142"/>
        <w:rPr>
          <w:sz w:val="24"/>
          <w:szCs w:val="24"/>
        </w:rPr>
      </w:pPr>
      <w:r w:rsidRPr="00EF50DC">
        <w:rPr>
          <w:rFonts w:cs="Times New Roman"/>
          <w:sz w:val="24"/>
        </w:rPr>
        <w:t>Veli/Vasi Adı Soyadı: ____________________________________________</w:t>
      </w:r>
    </w:p>
    <w:p w:rsidR="009E09DA" w:rsidRDefault="009E09DA" w:rsidP="007C6A93">
      <w:pPr>
        <w:pStyle w:val="ListeParagraf"/>
        <w:ind w:left="142"/>
        <w:rPr>
          <w:rFonts w:cs="Times New Roman"/>
          <w:sz w:val="24"/>
        </w:rPr>
      </w:pPr>
      <w:r w:rsidRPr="00EF50DC">
        <w:rPr>
          <w:rFonts w:cs="Times New Roman"/>
          <w:sz w:val="24"/>
        </w:rPr>
        <w:t>İletişim Bilgisi: _________________________________________________</w:t>
      </w:r>
    </w:p>
    <w:p w:rsidR="00E57E08" w:rsidRPr="00EF50DC" w:rsidRDefault="00E57E08" w:rsidP="00E57E08">
      <w:pPr>
        <w:pStyle w:val="ListeParagraf"/>
        <w:rPr>
          <w:sz w:val="24"/>
          <w:szCs w:val="24"/>
        </w:rPr>
      </w:pPr>
    </w:p>
    <w:p w:rsidR="009E09DA" w:rsidRPr="00EF50DC" w:rsidRDefault="009E09DA" w:rsidP="00E57E08">
      <w:pPr>
        <w:pStyle w:val="ListeParagraf"/>
        <w:ind w:left="142"/>
        <w:jc w:val="both"/>
        <w:rPr>
          <w:sz w:val="24"/>
          <w:szCs w:val="24"/>
        </w:rPr>
      </w:pPr>
      <w:r w:rsidRPr="00EF50DC">
        <w:rPr>
          <w:rFonts w:cs="Times New Roman"/>
          <w:sz w:val="24"/>
        </w:rPr>
        <w:t>Yukarıda bilgileri yer alan çocuğun, Tekirdağ Büyükş</w:t>
      </w:r>
      <w:r w:rsidR="00E57E08">
        <w:rPr>
          <w:rFonts w:cs="Times New Roman"/>
          <w:sz w:val="24"/>
        </w:rPr>
        <w:t xml:space="preserve">ehir Belediyesi Çocuk Meclisine </w:t>
      </w:r>
      <w:r w:rsidRPr="00EF50DC">
        <w:rPr>
          <w:rFonts w:cs="Times New Roman"/>
          <w:sz w:val="24"/>
        </w:rPr>
        <w:t>başvurmasına; üye olarak belirlenmesi halinde Genel Kurul, komisyon, eğitim, atölye, toplantı ve Çocuk Meclisi kapsamında gerçekleştirilecek diğer faaliyetlere katılmasına muvafakat ediyorum.</w:t>
      </w:r>
    </w:p>
    <w:p w:rsidR="009E09DA" w:rsidRDefault="009E09DA" w:rsidP="00E57E08">
      <w:pPr>
        <w:pStyle w:val="ListeParagraf"/>
        <w:ind w:left="142"/>
        <w:jc w:val="both"/>
        <w:rPr>
          <w:rFonts w:cs="Times New Roman"/>
          <w:sz w:val="24"/>
        </w:rPr>
      </w:pPr>
      <w:r w:rsidRPr="00EF50DC">
        <w:rPr>
          <w:rFonts w:cs="Times New Roman"/>
          <w:sz w:val="24"/>
        </w:rPr>
        <w:lastRenderedPageBreak/>
        <w:t>Çocuk Meclisi faaliyetlerinin çocukların üstün yararı, güvenliği ve gönüllü katılımı esas alınarak yürütüleceği konusunda bilgilendirildim.</w:t>
      </w:r>
    </w:p>
    <w:p w:rsidR="00E57E08" w:rsidRPr="00EF50DC" w:rsidRDefault="00E57E08" w:rsidP="00E57E08">
      <w:pPr>
        <w:pStyle w:val="ListeParagraf"/>
        <w:ind w:left="142"/>
        <w:jc w:val="both"/>
        <w:rPr>
          <w:sz w:val="24"/>
          <w:szCs w:val="24"/>
        </w:rPr>
      </w:pPr>
    </w:p>
    <w:p w:rsidR="009E09DA" w:rsidRPr="00EF50DC" w:rsidRDefault="009E09DA" w:rsidP="007C6A93">
      <w:pPr>
        <w:pStyle w:val="ListeParagraf"/>
        <w:ind w:left="142"/>
        <w:rPr>
          <w:sz w:val="24"/>
          <w:szCs w:val="24"/>
        </w:rPr>
      </w:pPr>
      <w:r w:rsidRPr="00EF50DC">
        <w:rPr>
          <w:rFonts w:cs="Times New Roman"/>
          <w:sz w:val="24"/>
        </w:rPr>
        <w:t>Tarih: ____ / ____ / ______</w:t>
      </w:r>
    </w:p>
    <w:p w:rsidR="009E09DA" w:rsidRPr="00EF50DC" w:rsidRDefault="009E09DA" w:rsidP="007C6A93">
      <w:pPr>
        <w:pStyle w:val="ListeParagraf"/>
        <w:ind w:left="142"/>
        <w:rPr>
          <w:sz w:val="24"/>
          <w:szCs w:val="24"/>
        </w:rPr>
      </w:pPr>
      <w:r w:rsidRPr="00EF50DC">
        <w:rPr>
          <w:rFonts w:cs="Times New Roman"/>
          <w:sz w:val="24"/>
        </w:rPr>
        <w:t>Veli/Vasi Adı Soyadı: ____________________________________________</w:t>
      </w:r>
    </w:p>
    <w:p w:rsidR="009E09DA" w:rsidRPr="00EF50DC" w:rsidRDefault="009E09DA" w:rsidP="007C6A93">
      <w:pPr>
        <w:pStyle w:val="ListeParagraf"/>
        <w:ind w:left="142"/>
        <w:rPr>
          <w:sz w:val="24"/>
          <w:szCs w:val="24"/>
        </w:rPr>
      </w:pPr>
      <w:r w:rsidRPr="00EF50DC">
        <w:rPr>
          <w:rFonts w:cs="Times New Roman"/>
          <w:sz w:val="24"/>
        </w:rPr>
        <w:t>İmza: __________________________</w:t>
      </w:r>
    </w:p>
    <w:p w:rsidR="009E09DA" w:rsidRPr="00EF50DC" w:rsidRDefault="00F44B38" w:rsidP="00A5026C">
      <w:pPr>
        <w:rPr>
          <w:b/>
          <w:sz w:val="24"/>
          <w:szCs w:val="24"/>
        </w:rPr>
      </w:pPr>
      <w:r>
        <w:rPr>
          <w:rFonts w:cs="Times New Roman"/>
          <w:b/>
          <w:sz w:val="24"/>
        </w:rPr>
        <w:t>EK</w:t>
      </w:r>
      <w:r w:rsidR="00EF50DC" w:rsidRPr="00EF50DC">
        <w:rPr>
          <w:rFonts w:cs="Times New Roman"/>
          <w:b/>
          <w:sz w:val="24"/>
        </w:rPr>
        <w:t xml:space="preserve"> -</w:t>
      </w:r>
      <w:r>
        <w:rPr>
          <w:rFonts w:cs="Times New Roman"/>
          <w:b/>
          <w:sz w:val="24"/>
        </w:rPr>
        <w:t>3:</w:t>
      </w:r>
      <w:r w:rsidR="00EF50DC" w:rsidRPr="00EF50DC">
        <w:rPr>
          <w:rFonts w:cs="Times New Roman"/>
          <w:b/>
          <w:sz w:val="24"/>
        </w:rPr>
        <w:t xml:space="preserve"> </w:t>
      </w:r>
      <w:r w:rsidR="009E09DA" w:rsidRPr="00EF50DC">
        <w:rPr>
          <w:rFonts w:cs="Times New Roman"/>
          <w:b/>
          <w:sz w:val="24"/>
        </w:rPr>
        <w:t xml:space="preserve"> Fotoğraf, Video ve Ses Kaydı Kullanım Tercih Formu</w:t>
      </w:r>
    </w:p>
    <w:p w:rsidR="009E09DA" w:rsidRPr="00EF50DC" w:rsidRDefault="009E09DA" w:rsidP="007C6A93">
      <w:pPr>
        <w:pStyle w:val="ListeParagraf"/>
        <w:ind w:left="0"/>
        <w:jc w:val="both"/>
        <w:rPr>
          <w:sz w:val="24"/>
          <w:szCs w:val="24"/>
        </w:rPr>
      </w:pPr>
      <w:r w:rsidRPr="00EF50DC">
        <w:rPr>
          <w:rFonts w:cs="Times New Roman"/>
          <w:sz w:val="24"/>
        </w:rPr>
        <w:t>Çocuğun Adı Soyadı: ______________________________________________</w:t>
      </w:r>
    </w:p>
    <w:p w:rsidR="009E09DA" w:rsidRDefault="009E09DA" w:rsidP="007C6A93">
      <w:pPr>
        <w:pStyle w:val="ListeParagraf"/>
        <w:ind w:left="0"/>
        <w:jc w:val="both"/>
        <w:rPr>
          <w:rFonts w:cs="Times New Roman"/>
          <w:sz w:val="24"/>
        </w:rPr>
      </w:pPr>
      <w:r w:rsidRPr="00EF50DC">
        <w:rPr>
          <w:rFonts w:cs="Times New Roman"/>
          <w:sz w:val="24"/>
        </w:rPr>
        <w:t>Veli/Vasi Adı Soyadı: ____________________________________________</w:t>
      </w:r>
    </w:p>
    <w:p w:rsidR="007C6A93" w:rsidRPr="00EF50DC" w:rsidRDefault="007C6A93" w:rsidP="007C6A93">
      <w:pPr>
        <w:pStyle w:val="ListeParagraf"/>
        <w:ind w:left="0"/>
        <w:jc w:val="both"/>
        <w:rPr>
          <w:sz w:val="24"/>
          <w:szCs w:val="24"/>
        </w:rPr>
      </w:pPr>
    </w:p>
    <w:p w:rsidR="009E09DA" w:rsidRPr="00EF50DC" w:rsidRDefault="009E09DA" w:rsidP="007C6A93">
      <w:pPr>
        <w:pStyle w:val="ListeParagraf"/>
        <w:ind w:left="0"/>
        <w:jc w:val="both"/>
        <w:rPr>
          <w:sz w:val="24"/>
          <w:szCs w:val="24"/>
        </w:rPr>
      </w:pPr>
      <w:r w:rsidRPr="00EF50DC">
        <w:rPr>
          <w:rFonts w:cs="Times New Roman"/>
          <w:sz w:val="24"/>
        </w:rPr>
        <w:t>Çocuk Meclisi toplantı ve faaliyetleri kapsamında çocuğa ait fotoğraf, video ve ses kayıtlarının alınması ve Tekirdağ Büyükşehir Belediyesinin resmî internet sitesi, sosyal medya hesapları, basılı ve dijital yayınları ile tanıtım ve bilgilendirme materyallerinde kullanılmasına ilişkin tercihim:</w:t>
      </w:r>
    </w:p>
    <w:p w:rsidR="009E09DA" w:rsidRPr="00EF50DC" w:rsidRDefault="009E09DA" w:rsidP="007C6A93">
      <w:pPr>
        <w:pStyle w:val="ListeParagraf"/>
        <w:ind w:left="0"/>
        <w:jc w:val="both"/>
        <w:rPr>
          <w:sz w:val="24"/>
          <w:szCs w:val="24"/>
        </w:rPr>
      </w:pPr>
      <w:r w:rsidRPr="00EF50DC">
        <w:rPr>
          <w:rFonts w:ascii="Segoe UI Symbol" w:hAnsi="Segoe UI Symbol" w:cs="Segoe UI Symbol"/>
          <w:sz w:val="24"/>
        </w:rPr>
        <w:t>☐</w:t>
      </w:r>
      <w:r w:rsidRPr="00EF50DC">
        <w:rPr>
          <w:rFonts w:cs="Times New Roman"/>
          <w:sz w:val="24"/>
        </w:rPr>
        <w:t xml:space="preserve"> İzin veriyorum.</w:t>
      </w:r>
    </w:p>
    <w:p w:rsidR="009E09DA" w:rsidRDefault="009E09DA" w:rsidP="007C6A93">
      <w:pPr>
        <w:pStyle w:val="ListeParagraf"/>
        <w:ind w:left="0"/>
        <w:jc w:val="both"/>
        <w:rPr>
          <w:rFonts w:cs="Times New Roman"/>
          <w:sz w:val="24"/>
        </w:rPr>
      </w:pPr>
      <w:r w:rsidRPr="00EF50DC">
        <w:rPr>
          <w:rFonts w:ascii="Segoe UI Symbol" w:hAnsi="Segoe UI Symbol" w:cs="Segoe UI Symbol"/>
          <w:sz w:val="24"/>
        </w:rPr>
        <w:t>☐</w:t>
      </w:r>
      <w:r w:rsidRPr="00EF50DC">
        <w:rPr>
          <w:rFonts w:cs="Times New Roman"/>
          <w:sz w:val="24"/>
        </w:rPr>
        <w:t xml:space="preserve"> İzin vermiyorum.</w:t>
      </w:r>
    </w:p>
    <w:p w:rsidR="007C6A93" w:rsidRPr="00EF50DC" w:rsidRDefault="007C6A93" w:rsidP="007C6A93">
      <w:pPr>
        <w:pStyle w:val="ListeParagraf"/>
        <w:ind w:left="0"/>
        <w:jc w:val="both"/>
        <w:rPr>
          <w:sz w:val="24"/>
          <w:szCs w:val="24"/>
        </w:rPr>
      </w:pPr>
    </w:p>
    <w:p w:rsidR="009E09DA" w:rsidRPr="00EF50DC" w:rsidRDefault="009E09DA" w:rsidP="007C6A93">
      <w:pPr>
        <w:pStyle w:val="ListeParagraf"/>
        <w:ind w:left="0"/>
        <w:jc w:val="both"/>
        <w:rPr>
          <w:sz w:val="24"/>
          <w:szCs w:val="24"/>
        </w:rPr>
      </w:pPr>
      <w:r w:rsidRPr="00EF50DC">
        <w:rPr>
          <w:rFonts w:cs="Times New Roman"/>
          <w:sz w:val="24"/>
        </w:rPr>
        <w:t>Fotoğraf, video veya ses kaydının kullanılmasına izin verilmemesi; çocuğun Çocuk Meclisine üyeliğine, toplantılara, komisyonlara veya diğer faaliyetlere katılımına engel oluşturmaz ve herhangi bir hak kaybına neden olmaz.</w:t>
      </w:r>
    </w:p>
    <w:p w:rsidR="009E09DA" w:rsidRPr="00EF50DC" w:rsidRDefault="009E09DA" w:rsidP="007C6A93">
      <w:pPr>
        <w:pStyle w:val="ListeParagraf"/>
        <w:ind w:left="0"/>
        <w:jc w:val="both"/>
        <w:rPr>
          <w:sz w:val="24"/>
          <w:szCs w:val="24"/>
        </w:rPr>
      </w:pPr>
      <w:r w:rsidRPr="00EF50DC">
        <w:rPr>
          <w:rFonts w:cs="Times New Roman"/>
          <w:sz w:val="24"/>
        </w:rPr>
        <w:t>Görsel ve işitsel kayıtların kullanımında çocuğun üstün yararı, mahremiyeti, güvenliği ve kişilik haklarının gözetileceği konusunda bilgilendirildim.</w:t>
      </w:r>
    </w:p>
    <w:p w:rsidR="009E09DA" w:rsidRPr="00EF50DC" w:rsidRDefault="009E09DA" w:rsidP="007C6A93">
      <w:pPr>
        <w:pStyle w:val="ListeParagraf"/>
        <w:ind w:left="0"/>
        <w:jc w:val="both"/>
        <w:rPr>
          <w:sz w:val="24"/>
          <w:szCs w:val="24"/>
        </w:rPr>
      </w:pPr>
      <w:r w:rsidRPr="00EF50DC">
        <w:rPr>
          <w:rFonts w:cs="Times New Roman"/>
          <w:sz w:val="24"/>
        </w:rPr>
        <w:t>Tarih: ____ / ____ / ______</w:t>
      </w:r>
    </w:p>
    <w:p w:rsidR="009E09DA" w:rsidRPr="00EF50DC" w:rsidRDefault="009E09DA" w:rsidP="007C6A93">
      <w:pPr>
        <w:pStyle w:val="ListeParagraf"/>
        <w:ind w:left="0"/>
        <w:jc w:val="both"/>
        <w:rPr>
          <w:sz w:val="24"/>
          <w:szCs w:val="24"/>
        </w:rPr>
      </w:pPr>
      <w:r w:rsidRPr="00EF50DC">
        <w:rPr>
          <w:rFonts w:cs="Times New Roman"/>
          <w:sz w:val="24"/>
        </w:rPr>
        <w:t>Veli/Vasi Adı Soyadı: ____________________________________________</w:t>
      </w:r>
    </w:p>
    <w:p w:rsidR="009E09DA" w:rsidRPr="00EF50DC" w:rsidRDefault="009E09DA" w:rsidP="007C6A93">
      <w:pPr>
        <w:pStyle w:val="ListeParagraf"/>
        <w:ind w:left="0"/>
        <w:jc w:val="both"/>
        <w:rPr>
          <w:sz w:val="24"/>
          <w:szCs w:val="24"/>
        </w:rPr>
      </w:pPr>
      <w:r w:rsidRPr="00EF50DC">
        <w:rPr>
          <w:rFonts w:cs="Times New Roman"/>
          <w:sz w:val="24"/>
        </w:rPr>
        <w:t>İmza: __________________________</w:t>
      </w:r>
    </w:p>
    <w:p w:rsidR="009E09DA" w:rsidRPr="00EF50DC" w:rsidRDefault="00F44B38" w:rsidP="00A5026C">
      <w:pPr>
        <w:rPr>
          <w:b/>
          <w:sz w:val="24"/>
          <w:szCs w:val="24"/>
        </w:rPr>
      </w:pPr>
      <w:r>
        <w:rPr>
          <w:rFonts w:cs="Times New Roman"/>
          <w:b/>
          <w:sz w:val="24"/>
        </w:rPr>
        <w:t>EK-4:</w:t>
      </w:r>
      <w:r w:rsidR="009E09DA" w:rsidRPr="00EF50DC">
        <w:rPr>
          <w:rFonts w:cs="Times New Roman"/>
          <w:b/>
          <w:sz w:val="24"/>
        </w:rPr>
        <w:t xml:space="preserve"> Kura Tutanağı Şablonu</w:t>
      </w:r>
    </w:p>
    <w:p w:rsidR="009E09DA" w:rsidRPr="007C6A93" w:rsidRDefault="009E09DA" w:rsidP="007C6A93">
      <w:pPr>
        <w:rPr>
          <w:sz w:val="24"/>
          <w:szCs w:val="24"/>
        </w:rPr>
      </w:pPr>
      <w:r w:rsidRPr="007C6A93">
        <w:rPr>
          <w:rFonts w:cs="Times New Roman"/>
          <w:sz w:val="24"/>
        </w:rPr>
        <w:t>Tarih: ____ / ____ / 20____    Saat: ____    Yer: __________________________</w:t>
      </w:r>
    </w:p>
    <w:p w:rsidR="009E09DA" w:rsidRPr="007C6A93" w:rsidRDefault="009E09DA" w:rsidP="007C6A93">
      <w:pPr>
        <w:rPr>
          <w:sz w:val="24"/>
          <w:szCs w:val="24"/>
        </w:rPr>
      </w:pPr>
      <w:r w:rsidRPr="007C6A93">
        <w:rPr>
          <w:rFonts w:cs="Times New Roman"/>
          <w:sz w:val="24"/>
        </w:rPr>
        <w:t>Kura; ilan edilen usule uygun olarak, başvurusu bulunan çocuklar arasından ilçe dengesi gözetilerek gerçekleştirilmiştir.</w:t>
      </w:r>
    </w:p>
    <w:p w:rsidR="009E09DA" w:rsidRPr="007C6A93" w:rsidRDefault="009E09DA" w:rsidP="007C6A93">
      <w:pPr>
        <w:rPr>
          <w:sz w:val="24"/>
          <w:szCs w:val="24"/>
        </w:rPr>
      </w:pPr>
      <w:r w:rsidRPr="007C6A93">
        <w:rPr>
          <w:rFonts w:cs="Times New Roman"/>
          <w:sz w:val="24"/>
        </w:rPr>
        <w:t>Asil Liste: (Ekli liste)    Yedek Liste: (Ekli liste)</w:t>
      </w:r>
    </w:p>
    <w:p w:rsidR="009E09DA" w:rsidRPr="00EF50DC" w:rsidRDefault="009E09DA" w:rsidP="007C6A93">
      <w:pPr>
        <w:pStyle w:val="ListeParagraf"/>
        <w:ind w:left="0"/>
        <w:rPr>
          <w:sz w:val="24"/>
          <w:szCs w:val="24"/>
        </w:rPr>
      </w:pPr>
      <w:r w:rsidRPr="00EF50DC">
        <w:rPr>
          <w:rFonts w:cs="Times New Roman"/>
          <w:sz w:val="24"/>
        </w:rPr>
        <w:t>Tutanak Düzenleyenler: __________________________    __________________________</w:t>
      </w:r>
    </w:p>
    <w:p w:rsidR="009E09DA" w:rsidRPr="00EF50DC" w:rsidRDefault="009E09DA" w:rsidP="007C6A93">
      <w:pPr>
        <w:pStyle w:val="ListeParagraf"/>
        <w:ind w:left="0"/>
        <w:rPr>
          <w:sz w:val="24"/>
          <w:szCs w:val="24"/>
        </w:rPr>
      </w:pPr>
      <w:r w:rsidRPr="00EF50DC">
        <w:rPr>
          <w:rFonts w:cs="Times New Roman"/>
          <w:sz w:val="24"/>
        </w:rPr>
        <w:t>İmza: __________________________    __________________________</w:t>
      </w:r>
    </w:p>
    <w:p w:rsidR="009E09DA" w:rsidRPr="00EF50DC" w:rsidRDefault="00F44B38" w:rsidP="00A5026C">
      <w:pPr>
        <w:rPr>
          <w:b/>
          <w:sz w:val="24"/>
          <w:szCs w:val="24"/>
        </w:rPr>
      </w:pPr>
      <w:r>
        <w:rPr>
          <w:rFonts w:cs="Times New Roman"/>
          <w:b/>
          <w:sz w:val="24"/>
        </w:rPr>
        <w:t>EK-5:</w:t>
      </w:r>
      <w:r w:rsidR="009E09DA" w:rsidRPr="00EF50DC">
        <w:rPr>
          <w:rFonts w:cs="Times New Roman"/>
          <w:b/>
          <w:sz w:val="24"/>
        </w:rPr>
        <w:t xml:space="preserve"> Toplantı Gündemi Şablonu</w:t>
      </w:r>
    </w:p>
    <w:p w:rsidR="009E09DA" w:rsidRPr="00EF50DC" w:rsidRDefault="009E09DA" w:rsidP="00F5261F">
      <w:pPr>
        <w:pStyle w:val="ListeParagraf"/>
        <w:numPr>
          <w:ilvl w:val="0"/>
          <w:numId w:val="53"/>
        </w:numPr>
        <w:rPr>
          <w:sz w:val="24"/>
          <w:szCs w:val="24"/>
        </w:rPr>
      </w:pPr>
      <w:r w:rsidRPr="00EF50DC">
        <w:rPr>
          <w:rFonts w:cs="Times New Roman"/>
          <w:sz w:val="24"/>
        </w:rPr>
        <w:t>Açılış ve yoklama</w:t>
      </w:r>
    </w:p>
    <w:p w:rsidR="009E09DA" w:rsidRPr="00EF50DC" w:rsidRDefault="009E09DA" w:rsidP="00F5261F">
      <w:pPr>
        <w:pStyle w:val="ListeParagraf"/>
        <w:numPr>
          <w:ilvl w:val="0"/>
          <w:numId w:val="53"/>
        </w:numPr>
        <w:rPr>
          <w:sz w:val="24"/>
          <w:szCs w:val="24"/>
        </w:rPr>
      </w:pPr>
      <w:r w:rsidRPr="00EF50DC">
        <w:rPr>
          <w:rFonts w:cs="Times New Roman"/>
          <w:sz w:val="24"/>
        </w:rPr>
        <w:t>Gündemin oylanması</w:t>
      </w:r>
    </w:p>
    <w:p w:rsidR="009E09DA" w:rsidRPr="00EF50DC" w:rsidRDefault="009E09DA" w:rsidP="00F5261F">
      <w:pPr>
        <w:pStyle w:val="ListeParagraf"/>
        <w:numPr>
          <w:ilvl w:val="0"/>
          <w:numId w:val="53"/>
        </w:numPr>
        <w:rPr>
          <w:sz w:val="24"/>
          <w:szCs w:val="24"/>
        </w:rPr>
      </w:pPr>
      <w:r w:rsidRPr="00EF50DC">
        <w:rPr>
          <w:rFonts w:cs="Times New Roman"/>
          <w:sz w:val="24"/>
        </w:rPr>
        <w:t>Önceki kararların değerlendirilmesi</w:t>
      </w:r>
    </w:p>
    <w:p w:rsidR="009E09DA" w:rsidRPr="00EF50DC" w:rsidRDefault="009E09DA" w:rsidP="00F5261F">
      <w:pPr>
        <w:pStyle w:val="ListeParagraf"/>
        <w:numPr>
          <w:ilvl w:val="0"/>
          <w:numId w:val="53"/>
        </w:numPr>
        <w:rPr>
          <w:sz w:val="24"/>
          <w:szCs w:val="24"/>
        </w:rPr>
      </w:pPr>
      <w:r w:rsidRPr="00EF50DC">
        <w:rPr>
          <w:rFonts w:cs="Times New Roman"/>
          <w:sz w:val="24"/>
        </w:rPr>
        <w:lastRenderedPageBreak/>
        <w:t>Gündem maddeleri (1- ...)</w:t>
      </w:r>
    </w:p>
    <w:p w:rsidR="009E09DA" w:rsidRPr="00EF50DC" w:rsidRDefault="009E09DA" w:rsidP="00F5261F">
      <w:pPr>
        <w:pStyle w:val="ListeParagraf"/>
        <w:numPr>
          <w:ilvl w:val="0"/>
          <w:numId w:val="53"/>
        </w:numPr>
        <w:rPr>
          <w:sz w:val="24"/>
          <w:szCs w:val="24"/>
        </w:rPr>
      </w:pPr>
      <w:r w:rsidRPr="00EF50DC">
        <w:rPr>
          <w:rFonts w:cs="Times New Roman"/>
          <w:sz w:val="24"/>
        </w:rPr>
        <w:t>Komisyon raporları</w:t>
      </w:r>
    </w:p>
    <w:p w:rsidR="009E09DA" w:rsidRPr="00EF50DC" w:rsidRDefault="009E09DA" w:rsidP="00F5261F">
      <w:pPr>
        <w:pStyle w:val="ListeParagraf"/>
        <w:numPr>
          <w:ilvl w:val="0"/>
          <w:numId w:val="53"/>
        </w:numPr>
        <w:rPr>
          <w:sz w:val="24"/>
          <w:szCs w:val="24"/>
        </w:rPr>
      </w:pPr>
      <w:r w:rsidRPr="00EF50DC">
        <w:rPr>
          <w:rFonts w:cs="Times New Roman"/>
          <w:sz w:val="24"/>
        </w:rPr>
        <w:t>Dilek ve temenniler</w:t>
      </w:r>
    </w:p>
    <w:p w:rsidR="009E09DA" w:rsidRPr="00EF50DC" w:rsidRDefault="009E09DA" w:rsidP="00F5261F">
      <w:pPr>
        <w:pStyle w:val="ListeParagraf"/>
        <w:numPr>
          <w:ilvl w:val="0"/>
          <w:numId w:val="53"/>
        </w:numPr>
        <w:rPr>
          <w:sz w:val="24"/>
          <w:szCs w:val="24"/>
        </w:rPr>
      </w:pPr>
      <w:r w:rsidRPr="00EF50DC">
        <w:rPr>
          <w:rFonts w:cs="Times New Roman"/>
          <w:sz w:val="24"/>
        </w:rPr>
        <w:t>Kapanış</w:t>
      </w:r>
    </w:p>
    <w:p w:rsidR="009E09DA" w:rsidRPr="00EF50DC" w:rsidRDefault="00F44B38" w:rsidP="00A5026C">
      <w:pPr>
        <w:rPr>
          <w:b/>
          <w:sz w:val="24"/>
          <w:szCs w:val="24"/>
        </w:rPr>
      </w:pPr>
      <w:r>
        <w:rPr>
          <w:rFonts w:cs="Times New Roman"/>
          <w:b/>
          <w:sz w:val="24"/>
        </w:rPr>
        <w:t xml:space="preserve">EK-6: </w:t>
      </w:r>
      <w:r w:rsidR="009E09DA" w:rsidRPr="00EF50DC">
        <w:rPr>
          <w:rFonts w:cs="Times New Roman"/>
          <w:b/>
          <w:sz w:val="24"/>
        </w:rPr>
        <w:t>Toplantı Tutanak ve Karar Özeti Şablonu</w:t>
      </w:r>
    </w:p>
    <w:p w:rsidR="009E09DA" w:rsidRPr="00EF50DC" w:rsidRDefault="009E09DA" w:rsidP="007C6A93">
      <w:pPr>
        <w:pStyle w:val="ListeParagraf"/>
        <w:ind w:left="0"/>
        <w:rPr>
          <w:sz w:val="24"/>
          <w:szCs w:val="24"/>
        </w:rPr>
      </w:pPr>
      <w:r w:rsidRPr="00EF50DC">
        <w:rPr>
          <w:rFonts w:cs="Times New Roman"/>
          <w:sz w:val="24"/>
        </w:rPr>
        <w:t>Toplantı No: ____    Tarih: ____ / ____ / 20____    Yer: __________________</w:t>
      </w:r>
    </w:p>
    <w:p w:rsidR="009E09DA" w:rsidRPr="007C6A93" w:rsidRDefault="009E09DA" w:rsidP="007C6A93">
      <w:pPr>
        <w:rPr>
          <w:sz w:val="24"/>
          <w:szCs w:val="24"/>
        </w:rPr>
      </w:pPr>
      <w:r w:rsidRPr="007C6A93">
        <w:rPr>
          <w:rFonts w:cs="Times New Roman"/>
          <w:sz w:val="24"/>
        </w:rPr>
        <w:t>Katılan Üye Sayısı: ____ / ____    (Toplantı yeter sayısı: sağlandı/sağlanmadı)</w:t>
      </w:r>
    </w:p>
    <w:p w:rsidR="009E09DA" w:rsidRPr="007C6A93" w:rsidRDefault="009E09DA" w:rsidP="007C6A93">
      <w:pPr>
        <w:rPr>
          <w:sz w:val="24"/>
          <w:szCs w:val="24"/>
        </w:rPr>
      </w:pPr>
      <w:r w:rsidRPr="007C6A93">
        <w:rPr>
          <w:rFonts w:cs="Times New Roman"/>
          <w:sz w:val="24"/>
        </w:rPr>
        <w:t>Görüşülen Gündem Maddeleri ve Alınan Kararlar:</w:t>
      </w:r>
    </w:p>
    <w:p w:rsidR="009E09DA" w:rsidRPr="00EF50DC" w:rsidRDefault="009E09DA" w:rsidP="007C6A93">
      <w:pPr>
        <w:pStyle w:val="ListeParagraf"/>
        <w:ind w:left="0"/>
        <w:rPr>
          <w:sz w:val="24"/>
          <w:szCs w:val="24"/>
        </w:rPr>
      </w:pPr>
      <w:r w:rsidRPr="00EF50DC">
        <w:rPr>
          <w:rFonts w:cs="Times New Roman"/>
          <w:sz w:val="24"/>
        </w:rPr>
        <w:t>Karar 1: __________________________    (Oylama: açık/gizli; kabul/red; oy sayısı: ___)</w:t>
      </w:r>
    </w:p>
    <w:p w:rsidR="009E09DA" w:rsidRPr="00EF50DC" w:rsidRDefault="009E09DA" w:rsidP="007C6A93">
      <w:pPr>
        <w:pStyle w:val="ListeParagraf"/>
        <w:ind w:left="0"/>
        <w:rPr>
          <w:sz w:val="24"/>
          <w:szCs w:val="24"/>
        </w:rPr>
      </w:pPr>
      <w:r w:rsidRPr="00EF50DC">
        <w:rPr>
          <w:rFonts w:cs="Times New Roman"/>
          <w:sz w:val="24"/>
        </w:rPr>
        <w:t>Karar 2: __________________________    (Oylama: açık/gizli; kabul/red; oy sayısı: ___)</w:t>
      </w:r>
    </w:p>
    <w:p w:rsidR="009E09DA" w:rsidRPr="00EF50DC" w:rsidRDefault="009E09DA" w:rsidP="007C6A93">
      <w:pPr>
        <w:pStyle w:val="ListeParagraf"/>
        <w:ind w:left="0"/>
        <w:rPr>
          <w:sz w:val="24"/>
          <w:szCs w:val="24"/>
        </w:rPr>
      </w:pPr>
      <w:r w:rsidRPr="00EF50DC">
        <w:rPr>
          <w:rFonts w:cs="Times New Roman"/>
          <w:sz w:val="24"/>
        </w:rPr>
        <w:t>İmza - Meclis Başkanı: ____________________    İmza - Raportör: ____________________</w:t>
      </w:r>
    </w:p>
    <w:p w:rsidR="009E09DA" w:rsidRPr="00EF50DC" w:rsidRDefault="00F44B38" w:rsidP="00A5026C">
      <w:pPr>
        <w:rPr>
          <w:b/>
          <w:sz w:val="24"/>
          <w:szCs w:val="24"/>
        </w:rPr>
      </w:pPr>
      <w:r>
        <w:rPr>
          <w:rFonts w:cs="Times New Roman"/>
          <w:b/>
          <w:sz w:val="24"/>
        </w:rPr>
        <w:t xml:space="preserve">EK-7: </w:t>
      </w:r>
      <w:r w:rsidR="009E09DA" w:rsidRPr="00EF50DC">
        <w:rPr>
          <w:rFonts w:cs="Times New Roman"/>
          <w:b/>
          <w:sz w:val="24"/>
        </w:rPr>
        <w:t>Komisyon Raporu Şablonu</w:t>
      </w:r>
    </w:p>
    <w:p w:rsidR="009E09DA" w:rsidRPr="00EF50DC" w:rsidRDefault="009E09DA" w:rsidP="007C6A93">
      <w:pPr>
        <w:pStyle w:val="ListeParagraf"/>
        <w:ind w:left="0"/>
        <w:rPr>
          <w:sz w:val="24"/>
          <w:szCs w:val="24"/>
        </w:rPr>
      </w:pPr>
      <w:r w:rsidRPr="00EF50DC">
        <w:rPr>
          <w:rFonts w:cs="Times New Roman"/>
          <w:sz w:val="24"/>
        </w:rPr>
        <w:t>Komisyon Adı: ____________________    Dönem: __________</w:t>
      </w:r>
    </w:p>
    <w:p w:rsidR="009E09DA" w:rsidRPr="00EF50DC" w:rsidRDefault="009E09DA" w:rsidP="007C6A93">
      <w:pPr>
        <w:pStyle w:val="ListeParagraf"/>
        <w:ind w:left="0"/>
        <w:rPr>
          <w:sz w:val="24"/>
          <w:szCs w:val="24"/>
        </w:rPr>
      </w:pPr>
      <w:r w:rsidRPr="00EF50DC">
        <w:rPr>
          <w:rFonts w:cs="Times New Roman"/>
          <w:sz w:val="24"/>
        </w:rPr>
        <w:t>Toplantı Tarihi: ____ / ____ / 20____    Katılan Üye Sayısı: ____</w:t>
      </w:r>
    </w:p>
    <w:p w:rsidR="009E09DA" w:rsidRPr="00EF50DC" w:rsidRDefault="009E09DA" w:rsidP="007C6A93">
      <w:pPr>
        <w:pStyle w:val="ListeParagraf"/>
        <w:ind w:left="0"/>
        <w:rPr>
          <w:sz w:val="24"/>
          <w:szCs w:val="24"/>
        </w:rPr>
      </w:pPr>
      <w:r w:rsidRPr="00EF50DC">
        <w:rPr>
          <w:rFonts w:cs="Times New Roman"/>
          <w:sz w:val="24"/>
        </w:rPr>
        <w:t>Gündem/Çalışma Başlığı: __________________________</w:t>
      </w:r>
    </w:p>
    <w:p w:rsidR="009E09DA" w:rsidRPr="00EF50DC" w:rsidRDefault="009E09DA" w:rsidP="007C6A93">
      <w:pPr>
        <w:pStyle w:val="ListeParagraf"/>
        <w:ind w:left="0"/>
        <w:rPr>
          <w:sz w:val="24"/>
          <w:szCs w:val="24"/>
        </w:rPr>
      </w:pPr>
      <w:r w:rsidRPr="00EF50DC">
        <w:rPr>
          <w:rFonts w:cs="Times New Roman"/>
          <w:sz w:val="24"/>
        </w:rPr>
        <w:t>Tespitler: __________________________</w:t>
      </w:r>
    </w:p>
    <w:p w:rsidR="009E09DA" w:rsidRPr="00EF50DC" w:rsidRDefault="009E09DA" w:rsidP="007C6A93">
      <w:pPr>
        <w:pStyle w:val="ListeParagraf"/>
        <w:ind w:left="0"/>
        <w:rPr>
          <w:sz w:val="24"/>
          <w:szCs w:val="24"/>
        </w:rPr>
      </w:pPr>
      <w:r w:rsidRPr="00EF50DC">
        <w:rPr>
          <w:rFonts w:cs="Times New Roman"/>
          <w:sz w:val="24"/>
        </w:rPr>
        <w:t>Öneriler: __________________________</w:t>
      </w:r>
    </w:p>
    <w:p w:rsidR="007C6A93" w:rsidRDefault="009E09DA" w:rsidP="007C6A93">
      <w:pPr>
        <w:pStyle w:val="ListeParagraf"/>
        <w:ind w:left="0"/>
        <w:rPr>
          <w:rFonts w:cs="Times New Roman"/>
          <w:sz w:val="24"/>
        </w:rPr>
      </w:pPr>
      <w:r w:rsidRPr="00EF50DC">
        <w:rPr>
          <w:rFonts w:cs="Times New Roman"/>
          <w:sz w:val="24"/>
        </w:rPr>
        <w:t>Genel Kurula Sunulması Önerilen Kararlar: __________________________</w:t>
      </w:r>
    </w:p>
    <w:p w:rsidR="009E09DA" w:rsidRPr="007C6A93" w:rsidRDefault="009E09DA" w:rsidP="007C6A93">
      <w:pPr>
        <w:pStyle w:val="ListeParagraf"/>
        <w:ind w:left="0"/>
        <w:rPr>
          <w:sz w:val="24"/>
          <w:szCs w:val="24"/>
        </w:rPr>
      </w:pPr>
      <w:r w:rsidRPr="007C6A93">
        <w:rPr>
          <w:rFonts w:cs="Times New Roman"/>
          <w:sz w:val="24"/>
        </w:rPr>
        <w:t>Sözcü İmzası: ____________________</w:t>
      </w:r>
    </w:p>
    <w:p w:rsidR="009E09DA" w:rsidRPr="00EF50DC" w:rsidRDefault="00F44B38" w:rsidP="00A5026C">
      <w:pPr>
        <w:rPr>
          <w:b/>
          <w:sz w:val="24"/>
          <w:szCs w:val="24"/>
        </w:rPr>
      </w:pPr>
      <w:r>
        <w:rPr>
          <w:rFonts w:cs="Times New Roman"/>
          <w:b/>
          <w:sz w:val="24"/>
        </w:rPr>
        <w:t xml:space="preserve">EK-8: </w:t>
      </w:r>
      <w:r w:rsidR="009E09DA" w:rsidRPr="00EF50DC">
        <w:rPr>
          <w:rFonts w:cs="Times New Roman"/>
          <w:b/>
          <w:sz w:val="24"/>
        </w:rPr>
        <w:t>Güvenli Katılım O</w:t>
      </w:r>
      <w:r w:rsidR="00EF50DC" w:rsidRPr="00EF50DC">
        <w:rPr>
          <w:rFonts w:cs="Times New Roman"/>
          <w:b/>
          <w:sz w:val="24"/>
        </w:rPr>
        <w:t xml:space="preserve">lay Bildirim Formu </w:t>
      </w:r>
    </w:p>
    <w:p w:rsidR="009E09DA" w:rsidRPr="007C6A93" w:rsidRDefault="009E09DA" w:rsidP="00B353DC">
      <w:pPr>
        <w:pStyle w:val="AralkYok"/>
        <w:spacing w:line="276" w:lineRule="auto"/>
        <w:rPr>
          <w:rFonts w:ascii="Times New Roman" w:hAnsi="Times New Roman" w:cs="Times New Roman"/>
          <w:sz w:val="24"/>
          <w:szCs w:val="24"/>
        </w:rPr>
      </w:pPr>
      <w:r w:rsidRPr="007C6A93">
        <w:rPr>
          <w:rFonts w:ascii="Times New Roman" w:hAnsi="Times New Roman" w:cs="Times New Roman"/>
          <w:sz w:val="24"/>
          <w:szCs w:val="24"/>
        </w:rPr>
        <w:t>Tarih/Saat: __________    Yer: __________</w:t>
      </w:r>
    </w:p>
    <w:p w:rsidR="009E09DA" w:rsidRPr="007C6A93" w:rsidRDefault="009E09DA" w:rsidP="00B353DC">
      <w:pPr>
        <w:pStyle w:val="AralkYok"/>
        <w:spacing w:line="276" w:lineRule="auto"/>
        <w:rPr>
          <w:rFonts w:ascii="Times New Roman" w:hAnsi="Times New Roman" w:cs="Times New Roman"/>
          <w:sz w:val="24"/>
          <w:szCs w:val="24"/>
        </w:rPr>
      </w:pPr>
      <w:r w:rsidRPr="007C6A93">
        <w:rPr>
          <w:rFonts w:ascii="Times New Roman" w:hAnsi="Times New Roman" w:cs="Times New Roman"/>
          <w:sz w:val="24"/>
          <w:szCs w:val="24"/>
        </w:rPr>
        <w:t>Olayın Kısa Tanımı: ________________________________________________</w:t>
      </w:r>
    </w:p>
    <w:p w:rsidR="009E09DA" w:rsidRPr="007C6A93" w:rsidRDefault="009E09DA" w:rsidP="00B353DC">
      <w:pPr>
        <w:pStyle w:val="AralkYok"/>
        <w:spacing w:line="276" w:lineRule="auto"/>
        <w:rPr>
          <w:rFonts w:ascii="Times New Roman" w:hAnsi="Times New Roman" w:cs="Times New Roman"/>
          <w:sz w:val="24"/>
          <w:szCs w:val="24"/>
        </w:rPr>
      </w:pPr>
      <w:r w:rsidRPr="007C6A93">
        <w:rPr>
          <w:rFonts w:ascii="Times New Roman" w:hAnsi="Times New Roman" w:cs="Times New Roman"/>
          <w:sz w:val="24"/>
          <w:szCs w:val="24"/>
        </w:rPr>
        <w:t>Alınan İlk Tedbir: _________________________________________________</w:t>
      </w:r>
    </w:p>
    <w:p w:rsidR="009E09DA" w:rsidRPr="007C6A93" w:rsidRDefault="009E09DA" w:rsidP="00B353DC">
      <w:pPr>
        <w:pStyle w:val="AralkYok"/>
        <w:spacing w:line="276" w:lineRule="auto"/>
        <w:rPr>
          <w:rFonts w:ascii="Times New Roman" w:hAnsi="Times New Roman" w:cs="Times New Roman"/>
          <w:sz w:val="24"/>
          <w:szCs w:val="24"/>
        </w:rPr>
      </w:pPr>
      <w:r w:rsidRPr="007C6A93">
        <w:rPr>
          <w:rFonts w:ascii="Times New Roman" w:hAnsi="Times New Roman" w:cs="Times New Roman"/>
          <w:sz w:val="24"/>
          <w:szCs w:val="24"/>
        </w:rPr>
        <w:t>Bilgilendirilen Birim/Kişi: ________________________________________</w:t>
      </w:r>
    </w:p>
    <w:p w:rsidR="009E09DA" w:rsidRPr="007C6A93" w:rsidRDefault="009E09DA" w:rsidP="00B353DC">
      <w:pPr>
        <w:pStyle w:val="AralkYok"/>
        <w:spacing w:line="276" w:lineRule="auto"/>
        <w:rPr>
          <w:rFonts w:ascii="Times New Roman" w:hAnsi="Times New Roman" w:cs="Times New Roman"/>
          <w:sz w:val="24"/>
          <w:szCs w:val="24"/>
        </w:rPr>
      </w:pPr>
      <w:r w:rsidRPr="007C6A93">
        <w:rPr>
          <w:rFonts w:ascii="Times New Roman" w:hAnsi="Times New Roman" w:cs="Times New Roman"/>
          <w:sz w:val="24"/>
          <w:szCs w:val="24"/>
        </w:rPr>
        <w:t>Sonraki Adımlar/İzleme: ___________________________________________</w:t>
      </w:r>
    </w:p>
    <w:p w:rsidR="002B35E3" w:rsidRDefault="009E09DA" w:rsidP="00B353DC">
      <w:pPr>
        <w:pStyle w:val="AralkYok"/>
        <w:spacing w:line="276" w:lineRule="auto"/>
        <w:rPr>
          <w:rFonts w:ascii="Times New Roman" w:hAnsi="Times New Roman" w:cs="Times New Roman"/>
          <w:sz w:val="24"/>
          <w:szCs w:val="24"/>
        </w:rPr>
      </w:pPr>
      <w:r w:rsidRPr="007C6A93">
        <w:rPr>
          <w:rFonts w:ascii="Times New Roman" w:hAnsi="Times New Roman" w:cs="Times New Roman"/>
          <w:sz w:val="24"/>
          <w:szCs w:val="24"/>
        </w:rPr>
        <w:t>Düzenleyen: ____________________    İmza</w:t>
      </w:r>
    </w:p>
    <w:p w:rsidR="00BF332A" w:rsidRDefault="00BF332A" w:rsidP="00B353DC">
      <w:pPr>
        <w:pStyle w:val="AralkYok"/>
        <w:spacing w:line="276" w:lineRule="auto"/>
        <w:rPr>
          <w:rFonts w:ascii="Times New Roman" w:hAnsi="Times New Roman" w:cs="Times New Roman"/>
          <w:sz w:val="24"/>
          <w:szCs w:val="24"/>
        </w:rPr>
      </w:pPr>
    </w:p>
    <w:p w:rsidR="00B02219" w:rsidRDefault="00B02219" w:rsidP="00B353DC">
      <w:pPr>
        <w:pStyle w:val="AralkYok"/>
        <w:spacing w:line="276" w:lineRule="auto"/>
        <w:rPr>
          <w:rFonts w:ascii="Times New Roman" w:hAnsi="Times New Roman" w:cs="Times New Roman"/>
          <w:sz w:val="24"/>
          <w:szCs w:val="24"/>
        </w:rPr>
      </w:pPr>
    </w:p>
    <w:p w:rsidR="00BF332A" w:rsidRDefault="00BF332A" w:rsidP="00B353DC">
      <w:pPr>
        <w:pStyle w:val="AralkYok"/>
        <w:spacing w:line="276" w:lineRule="auto"/>
        <w:rPr>
          <w:rFonts w:ascii="Times New Roman" w:hAnsi="Times New Roman" w:cs="Times New Roman"/>
          <w:sz w:val="24"/>
          <w:szCs w:val="24"/>
        </w:rPr>
      </w:pPr>
    </w:p>
    <w:sectPr w:rsidR="00BF332A"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63C" w:rsidRDefault="0089463C" w:rsidP="00027794">
      <w:pPr>
        <w:spacing w:after="0" w:line="240" w:lineRule="auto"/>
      </w:pPr>
      <w:r>
        <w:separator/>
      </w:r>
    </w:p>
  </w:endnote>
  <w:endnote w:type="continuationSeparator" w:id="0">
    <w:p w:rsidR="0089463C" w:rsidRDefault="0089463C" w:rsidP="00027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63C" w:rsidRDefault="0089463C" w:rsidP="00027794">
      <w:pPr>
        <w:spacing w:after="0" w:line="240" w:lineRule="auto"/>
      </w:pPr>
      <w:r>
        <w:separator/>
      </w:r>
    </w:p>
  </w:footnote>
  <w:footnote w:type="continuationSeparator" w:id="0">
    <w:p w:rsidR="0089463C" w:rsidRDefault="0089463C" w:rsidP="000277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6" w15:restartNumberingAfterBreak="0">
    <w:nsid w:val="0B834401"/>
    <w:multiLevelType w:val="hybridMultilevel"/>
    <w:tmpl w:val="3FF64A38"/>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2C303CC"/>
    <w:multiLevelType w:val="hybridMultilevel"/>
    <w:tmpl w:val="B6928C80"/>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3D92837"/>
    <w:multiLevelType w:val="hybridMultilevel"/>
    <w:tmpl w:val="E6DC0820"/>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6A15ABA"/>
    <w:multiLevelType w:val="hybridMultilevel"/>
    <w:tmpl w:val="A2A062E4"/>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7C051F6"/>
    <w:multiLevelType w:val="hybridMultilevel"/>
    <w:tmpl w:val="FDCC38FE"/>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1BAE1138"/>
    <w:multiLevelType w:val="hybridMultilevel"/>
    <w:tmpl w:val="6E7C1894"/>
    <w:lvl w:ilvl="0" w:tplc="89A036C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143C16"/>
    <w:multiLevelType w:val="hybridMultilevel"/>
    <w:tmpl w:val="A3C40AC0"/>
    <w:lvl w:ilvl="0" w:tplc="3F446F6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ECB0571"/>
    <w:multiLevelType w:val="hybridMultilevel"/>
    <w:tmpl w:val="EF760FD6"/>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21E75543"/>
    <w:multiLevelType w:val="hybridMultilevel"/>
    <w:tmpl w:val="76668676"/>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256F52FB"/>
    <w:multiLevelType w:val="hybridMultilevel"/>
    <w:tmpl w:val="61F8DD0C"/>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264601F1"/>
    <w:multiLevelType w:val="hybridMultilevel"/>
    <w:tmpl w:val="5D308FC4"/>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27883EB7"/>
    <w:multiLevelType w:val="hybridMultilevel"/>
    <w:tmpl w:val="771CF6F8"/>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28CD6A40"/>
    <w:multiLevelType w:val="hybridMultilevel"/>
    <w:tmpl w:val="C148A396"/>
    <w:lvl w:ilvl="0" w:tplc="282EE794">
      <w:start w:val="1"/>
      <w:numFmt w:val="decimal"/>
      <w:lvlText w:val="(%1)"/>
      <w:lvlJc w:val="center"/>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2B673A4E"/>
    <w:multiLevelType w:val="hybridMultilevel"/>
    <w:tmpl w:val="112ADEA8"/>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2C834CCF"/>
    <w:multiLevelType w:val="hybridMultilevel"/>
    <w:tmpl w:val="C09487CA"/>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2CD40CA1"/>
    <w:multiLevelType w:val="hybridMultilevel"/>
    <w:tmpl w:val="3D5E9BFC"/>
    <w:lvl w:ilvl="0" w:tplc="32FA1642">
      <w:start w:val="1"/>
      <w:numFmt w:val="decimal"/>
      <w:lvlText w:val="(%1)"/>
      <w:lvlJc w:val="left"/>
      <w:pPr>
        <w:ind w:left="218" w:hanging="360"/>
      </w:pPr>
      <w:rPr>
        <w:rFonts w:hint="default"/>
        <w:b w:val="0"/>
      </w:rPr>
    </w:lvl>
    <w:lvl w:ilvl="1" w:tplc="041F0019" w:tentative="1">
      <w:start w:val="1"/>
      <w:numFmt w:val="lowerLetter"/>
      <w:lvlText w:val="%2."/>
      <w:lvlJc w:val="left"/>
      <w:pPr>
        <w:ind w:left="938" w:hanging="360"/>
      </w:pPr>
    </w:lvl>
    <w:lvl w:ilvl="2" w:tplc="041F001B" w:tentative="1">
      <w:start w:val="1"/>
      <w:numFmt w:val="lowerRoman"/>
      <w:lvlText w:val="%3."/>
      <w:lvlJc w:val="right"/>
      <w:pPr>
        <w:ind w:left="1658" w:hanging="180"/>
      </w:pPr>
    </w:lvl>
    <w:lvl w:ilvl="3" w:tplc="041F000F" w:tentative="1">
      <w:start w:val="1"/>
      <w:numFmt w:val="decimal"/>
      <w:lvlText w:val="%4."/>
      <w:lvlJc w:val="left"/>
      <w:pPr>
        <w:ind w:left="2378" w:hanging="360"/>
      </w:pPr>
    </w:lvl>
    <w:lvl w:ilvl="4" w:tplc="041F0019" w:tentative="1">
      <w:start w:val="1"/>
      <w:numFmt w:val="lowerLetter"/>
      <w:lvlText w:val="%5."/>
      <w:lvlJc w:val="left"/>
      <w:pPr>
        <w:ind w:left="3098" w:hanging="360"/>
      </w:pPr>
    </w:lvl>
    <w:lvl w:ilvl="5" w:tplc="041F001B" w:tentative="1">
      <w:start w:val="1"/>
      <w:numFmt w:val="lowerRoman"/>
      <w:lvlText w:val="%6."/>
      <w:lvlJc w:val="right"/>
      <w:pPr>
        <w:ind w:left="3818" w:hanging="180"/>
      </w:pPr>
    </w:lvl>
    <w:lvl w:ilvl="6" w:tplc="041F000F" w:tentative="1">
      <w:start w:val="1"/>
      <w:numFmt w:val="decimal"/>
      <w:lvlText w:val="%7."/>
      <w:lvlJc w:val="left"/>
      <w:pPr>
        <w:ind w:left="4538" w:hanging="360"/>
      </w:pPr>
    </w:lvl>
    <w:lvl w:ilvl="7" w:tplc="041F0019" w:tentative="1">
      <w:start w:val="1"/>
      <w:numFmt w:val="lowerLetter"/>
      <w:lvlText w:val="%8."/>
      <w:lvlJc w:val="left"/>
      <w:pPr>
        <w:ind w:left="5258" w:hanging="360"/>
      </w:pPr>
    </w:lvl>
    <w:lvl w:ilvl="8" w:tplc="041F001B" w:tentative="1">
      <w:start w:val="1"/>
      <w:numFmt w:val="lowerRoman"/>
      <w:lvlText w:val="%9."/>
      <w:lvlJc w:val="right"/>
      <w:pPr>
        <w:ind w:left="5978" w:hanging="180"/>
      </w:pPr>
    </w:lvl>
  </w:abstractNum>
  <w:abstractNum w:abstractNumId="22" w15:restartNumberingAfterBreak="0">
    <w:nsid w:val="34DF1458"/>
    <w:multiLevelType w:val="hybridMultilevel"/>
    <w:tmpl w:val="FCDC4644"/>
    <w:lvl w:ilvl="0" w:tplc="046E3F02">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6830D0E"/>
    <w:multiLevelType w:val="hybridMultilevel"/>
    <w:tmpl w:val="68AC00FE"/>
    <w:lvl w:ilvl="0" w:tplc="8A24E8B8">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375277B0"/>
    <w:multiLevelType w:val="hybridMultilevel"/>
    <w:tmpl w:val="F370B806"/>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384F6BBC"/>
    <w:multiLevelType w:val="hybridMultilevel"/>
    <w:tmpl w:val="A35CA9E6"/>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A836DEE"/>
    <w:multiLevelType w:val="hybridMultilevel"/>
    <w:tmpl w:val="060C56A2"/>
    <w:lvl w:ilvl="0" w:tplc="89A036C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C90287C"/>
    <w:multiLevelType w:val="hybridMultilevel"/>
    <w:tmpl w:val="B44C6F8C"/>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3CBE121D"/>
    <w:multiLevelType w:val="hybridMultilevel"/>
    <w:tmpl w:val="0ACECAF8"/>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3D176EAB"/>
    <w:multiLevelType w:val="hybridMultilevel"/>
    <w:tmpl w:val="39E0A734"/>
    <w:lvl w:ilvl="0" w:tplc="FA7ABA3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40D32EC9"/>
    <w:multiLevelType w:val="hybridMultilevel"/>
    <w:tmpl w:val="0CDCBE4C"/>
    <w:lvl w:ilvl="0" w:tplc="89A036C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233557D"/>
    <w:multiLevelType w:val="hybridMultilevel"/>
    <w:tmpl w:val="E0EEA52E"/>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43D63164"/>
    <w:multiLevelType w:val="hybridMultilevel"/>
    <w:tmpl w:val="2BACC92E"/>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44EF51FD"/>
    <w:multiLevelType w:val="hybridMultilevel"/>
    <w:tmpl w:val="1848F304"/>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47AA01DA"/>
    <w:multiLevelType w:val="hybridMultilevel"/>
    <w:tmpl w:val="57B4FE62"/>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482F6A88"/>
    <w:multiLevelType w:val="hybridMultilevel"/>
    <w:tmpl w:val="4F2A86CC"/>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15:restartNumberingAfterBreak="0">
    <w:nsid w:val="48FC366E"/>
    <w:multiLevelType w:val="hybridMultilevel"/>
    <w:tmpl w:val="8AAEA048"/>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49AD3B7C"/>
    <w:multiLevelType w:val="hybridMultilevel"/>
    <w:tmpl w:val="6FCC43A0"/>
    <w:lvl w:ilvl="0" w:tplc="3F446F6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49D834A5"/>
    <w:multiLevelType w:val="hybridMultilevel"/>
    <w:tmpl w:val="C09A6FF0"/>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4CAD5A19"/>
    <w:multiLevelType w:val="hybridMultilevel"/>
    <w:tmpl w:val="6E0A01E8"/>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15:restartNumberingAfterBreak="0">
    <w:nsid w:val="4E7068C0"/>
    <w:multiLevelType w:val="hybridMultilevel"/>
    <w:tmpl w:val="D9BEFBB2"/>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15:restartNumberingAfterBreak="0">
    <w:nsid w:val="4F4F61A4"/>
    <w:multiLevelType w:val="hybridMultilevel"/>
    <w:tmpl w:val="11F89E9E"/>
    <w:lvl w:ilvl="0" w:tplc="89A036C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4F831D20"/>
    <w:multiLevelType w:val="hybridMultilevel"/>
    <w:tmpl w:val="F6D0307A"/>
    <w:lvl w:ilvl="0" w:tplc="89A036CE">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3" w15:restartNumberingAfterBreak="0">
    <w:nsid w:val="50B86792"/>
    <w:multiLevelType w:val="hybridMultilevel"/>
    <w:tmpl w:val="5572605E"/>
    <w:lvl w:ilvl="0" w:tplc="FD86A42E">
      <w:start w:val="1"/>
      <mc:AlternateContent>
        <mc:Choice Requires="w14">
          <w:numFmt w:val="custom" w:format="a, ç, ĝ, ..."/>
        </mc:Choice>
        <mc:Fallback>
          <w:numFmt w:val="decimal"/>
        </mc:Fallback>
      </mc:AlternateContent>
      <w:lvlText w:val="%1)"/>
      <w:lvlJc w:val="left"/>
      <w:pPr>
        <w:ind w:left="644" w:hanging="360"/>
      </w:pPr>
      <w:rPr>
        <w:rFonts w:ascii="Times New Roman" w:hAnsi="Times New Roman" w:cs="Times New Roman" w:hint="default"/>
        <w:sz w:val="24"/>
      </w:rPr>
    </w:lvl>
    <w:lvl w:ilvl="1" w:tplc="041F0019">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4" w15:restartNumberingAfterBreak="0">
    <w:nsid w:val="50F5048A"/>
    <w:multiLevelType w:val="hybridMultilevel"/>
    <w:tmpl w:val="929605E0"/>
    <w:lvl w:ilvl="0" w:tplc="89A036CE">
      <w:start w:val="1"/>
      <mc:AlternateContent>
        <mc:Choice Requires="w14">
          <w:numFmt w:val="custom" w:format="a, ç, ĝ, ..."/>
        </mc:Choice>
        <mc:Fallback>
          <w:numFmt w:val="decimal"/>
        </mc:Fallback>
      </mc:AlternateContent>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5" w15:restartNumberingAfterBreak="0">
    <w:nsid w:val="540B63E0"/>
    <w:multiLevelType w:val="hybridMultilevel"/>
    <w:tmpl w:val="A4306B66"/>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6" w15:restartNumberingAfterBreak="0">
    <w:nsid w:val="56026373"/>
    <w:multiLevelType w:val="hybridMultilevel"/>
    <w:tmpl w:val="145EB73E"/>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7" w15:restartNumberingAfterBreak="0">
    <w:nsid w:val="58EE5962"/>
    <w:multiLevelType w:val="hybridMultilevel"/>
    <w:tmpl w:val="863C3A06"/>
    <w:lvl w:ilvl="0" w:tplc="77928116">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8" w15:restartNumberingAfterBreak="0">
    <w:nsid w:val="5BB74546"/>
    <w:multiLevelType w:val="hybridMultilevel"/>
    <w:tmpl w:val="8C484104"/>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9" w15:restartNumberingAfterBreak="0">
    <w:nsid w:val="5FA054CF"/>
    <w:multiLevelType w:val="hybridMultilevel"/>
    <w:tmpl w:val="9940A72A"/>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0" w15:restartNumberingAfterBreak="0">
    <w:nsid w:val="61E83AE7"/>
    <w:multiLevelType w:val="hybridMultilevel"/>
    <w:tmpl w:val="E7A8AECE"/>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1" w15:restartNumberingAfterBreak="0">
    <w:nsid w:val="632D7187"/>
    <w:multiLevelType w:val="hybridMultilevel"/>
    <w:tmpl w:val="44CCB3B4"/>
    <w:lvl w:ilvl="0" w:tplc="89A036C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6F096AA0"/>
    <w:multiLevelType w:val="hybridMultilevel"/>
    <w:tmpl w:val="AF5A9F34"/>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3" w15:restartNumberingAfterBreak="0">
    <w:nsid w:val="714542B7"/>
    <w:multiLevelType w:val="hybridMultilevel"/>
    <w:tmpl w:val="3F7CC39A"/>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4" w15:restartNumberingAfterBreak="0">
    <w:nsid w:val="714E1F83"/>
    <w:multiLevelType w:val="hybridMultilevel"/>
    <w:tmpl w:val="285CD57C"/>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5" w15:restartNumberingAfterBreak="0">
    <w:nsid w:val="729F00BC"/>
    <w:multiLevelType w:val="hybridMultilevel"/>
    <w:tmpl w:val="DA707C84"/>
    <w:lvl w:ilvl="0" w:tplc="3F446F62">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56" w15:restartNumberingAfterBreak="0">
    <w:nsid w:val="74B22E92"/>
    <w:multiLevelType w:val="hybridMultilevel"/>
    <w:tmpl w:val="85848E94"/>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7" w15:restartNumberingAfterBreak="0">
    <w:nsid w:val="784C4881"/>
    <w:multiLevelType w:val="hybridMultilevel"/>
    <w:tmpl w:val="73E496B6"/>
    <w:lvl w:ilvl="0" w:tplc="3F446F62">
      <w:start w:val="1"/>
      <w:numFmt w:val="decimal"/>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8" w15:restartNumberingAfterBreak="0">
    <w:nsid w:val="78E5346E"/>
    <w:multiLevelType w:val="hybridMultilevel"/>
    <w:tmpl w:val="2A56A2E6"/>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9" w15:restartNumberingAfterBreak="0">
    <w:nsid w:val="79405EBE"/>
    <w:multiLevelType w:val="hybridMultilevel"/>
    <w:tmpl w:val="C038D536"/>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0" w15:restartNumberingAfterBreak="0">
    <w:nsid w:val="795873D7"/>
    <w:multiLevelType w:val="hybridMultilevel"/>
    <w:tmpl w:val="B1C8D104"/>
    <w:lvl w:ilvl="0" w:tplc="3F446F62">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1" w15:restartNumberingAfterBreak="0">
    <w:nsid w:val="7B77460E"/>
    <w:multiLevelType w:val="hybridMultilevel"/>
    <w:tmpl w:val="7736DE0E"/>
    <w:lvl w:ilvl="0" w:tplc="89A036CE">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7C786CED"/>
    <w:multiLevelType w:val="hybridMultilevel"/>
    <w:tmpl w:val="70FA9598"/>
    <w:lvl w:ilvl="0" w:tplc="E4F2B352">
      <w:start w:val="1"/>
      <w:numFmt w:val="decimal"/>
      <w:lvlText w:val="(%1)"/>
      <w:lvlJc w:val="center"/>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49"/>
  </w:num>
  <w:num w:numId="8">
    <w:abstractNumId w:val="13"/>
  </w:num>
  <w:num w:numId="9">
    <w:abstractNumId w:val="17"/>
  </w:num>
  <w:num w:numId="10">
    <w:abstractNumId w:val="46"/>
  </w:num>
  <w:num w:numId="11">
    <w:abstractNumId w:val="42"/>
  </w:num>
  <w:num w:numId="12">
    <w:abstractNumId w:val="36"/>
  </w:num>
  <w:num w:numId="13">
    <w:abstractNumId w:val="60"/>
  </w:num>
  <w:num w:numId="14">
    <w:abstractNumId w:val="44"/>
  </w:num>
  <w:num w:numId="15">
    <w:abstractNumId w:val="10"/>
  </w:num>
  <w:num w:numId="16">
    <w:abstractNumId w:val="47"/>
  </w:num>
  <w:num w:numId="17">
    <w:abstractNumId w:val="22"/>
  </w:num>
  <w:num w:numId="18">
    <w:abstractNumId w:val="26"/>
  </w:num>
  <w:num w:numId="19">
    <w:abstractNumId w:val="23"/>
  </w:num>
  <w:num w:numId="20">
    <w:abstractNumId w:val="16"/>
  </w:num>
  <w:num w:numId="21">
    <w:abstractNumId w:val="9"/>
  </w:num>
  <w:num w:numId="22">
    <w:abstractNumId w:val="51"/>
  </w:num>
  <w:num w:numId="23">
    <w:abstractNumId w:val="28"/>
  </w:num>
  <w:num w:numId="24">
    <w:abstractNumId w:val="30"/>
  </w:num>
  <w:num w:numId="25">
    <w:abstractNumId w:val="48"/>
  </w:num>
  <w:num w:numId="26">
    <w:abstractNumId w:val="11"/>
  </w:num>
  <w:num w:numId="27">
    <w:abstractNumId w:val="25"/>
  </w:num>
  <w:num w:numId="28">
    <w:abstractNumId w:val="54"/>
  </w:num>
  <w:num w:numId="29">
    <w:abstractNumId w:val="32"/>
  </w:num>
  <w:num w:numId="30">
    <w:abstractNumId w:val="37"/>
  </w:num>
  <w:num w:numId="31">
    <w:abstractNumId w:val="40"/>
  </w:num>
  <w:num w:numId="32">
    <w:abstractNumId w:val="62"/>
  </w:num>
  <w:num w:numId="33">
    <w:abstractNumId w:val="6"/>
  </w:num>
  <w:num w:numId="34">
    <w:abstractNumId w:val="12"/>
  </w:num>
  <w:num w:numId="35">
    <w:abstractNumId w:val="61"/>
  </w:num>
  <w:num w:numId="36">
    <w:abstractNumId w:val="39"/>
  </w:num>
  <w:num w:numId="37">
    <w:abstractNumId w:val="53"/>
  </w:num>
  <w:num w:numId="38">
    <w:abstractNumId w:val="41"/>
  </w:num>
  <w:num w:numId="39">
    <w:abstractNumId w:val="29"/>
  </w:num>
  <w:num w:numId="40">
    <w:abstractNumId w:val="7"/>
  </w:num>
  <w:num w:numId="41">
    <w:abstractNumId w:val="35"/>
  </w:num>
  <w:num w:numId="42">
    <w:abstractNumId w:val="59"/>
  </w:num>
  <w:num w:numId="43">
    <w:abstractNumId w:val="57"/>
  </w:num>
  <w:num w:numId="44">
    <w:abstractNumId w:val="34"/>
  </w:num>
  <w:num w:numId="45">
    <w:abstractNumId w:val="52"/>
  </w:num>
  <w:num w:numId="46">
    <w:abstractNumId w:val="20"/>
  </w:num>
  <w:num w:numId="47">
    <w:abstractNumId w:val="24"/>
  </w:num>
  <w:num w:numId="48">
    <w:abstractNumId w:val="58"/>
  </w:num>
  <w:num w:numId="49">
    <w:abstractNumId w:val="38"/>
  </w:num>
  <w:num w:numId="50">
    <w:abstractNumId w:val="8"/>
  </w:num>
  <w:num w:numId="51">
    <w:abstractNumId w:val="14"/>
  </w:num>
  <w:num w:numId="52">
    <w:abstractNumId w:val="55"/>
  </w:num>
  <w:num w:numId="53">
    <w:abstractNumId w:val="15"/>
  </w:num>
  <w:num w:numId="54">
    <w:abstractNumId w:val="19"/>
  </w:num>
  <w:num w:numId="55">
    <w:abstractNumId w:val="33"/>
  </w:num>
  <w:num w:numId="56">
    <w:abstractNumId w:val="31"/>
  </w:num>
  <w:num w:numId="57">
    <w:abstractNumId w:val="45"/>
  </w:num>
  <w:num w:numId="58">
    <w:abstractNumId w:val="56"/>
  </w:num>
  <w:num w:numId="59">
    <w:abstractNumId w:val="50"/>
  </w:num>
  <w:num w:numId="60">
    <w:abstractNumId w:val="43"/>
  </w:num>
  <w:num w:numId="61">
    <w:abstractNumId w:val="27"/>
  </w:num>
  <w:num w:numId="62">
    <w:abstractNumId w:val="18"/>
  </w:num>
  <w:num w:numId="63">
    <w:abstractNumId w:val="2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536F"/>
    <w:rsid w:val="00027794"/>
    <w:rsid w:val="000303E0"/>
    <w:rsid w:val="00034616"/>
    <w:rsid w:val="00044BF7"/>
    <w:rsid w:val="0006063C"/>
    <w:rsid w:val="00073F3F"/>
    <w:rsid w:val="00074DE3"/>
    <w:rsid w:val="000C754E"/>
    <w:rsid w:val="000E0173"/>
    <w:rsid w:val="000F102E"/>
    <w:rsid w:val="000F44D1"/>
    <w:rsid w:val="0015074B"/>
    <w:rsid w:val="001C3714"/>
    <w:rsid w:val="001E546E"/>
    <w:rsid w:val="00211ABF"/>
    <w:rsid w:val="0029639D"/>
    <w:rsid w:val="002A20DE"/>
    <w:rsid w:val="002A677F"/>
    <w:rsid w:val="002B35E3"/>
    <w:rsid w:val="002C35D5"/>
    <w:rsid w:val="002C7B0A"/>
    <w:rsid w:val="002F555E"/>
    <w:rsid w:val="003161A7"/>
    <w:rsid w:val="00326F90"/>
    <w:rsid w:val="003671DA"/>
    <w:rsid w:val="0037540C"/>
    <w:rsid w:val="00377792"/>
    <w:rsid w:val="003A7579"/>
    <w:rsid w:val="00402877"/>
    <w:rsid w:val="0041743D"/>
    <w:rsid w:val="00417BDA"/>
    <w:rsid w:val="00431318"/>
    <w:rsid w:val="0047357D"/>
    <w:rsid w:val="004E7353"/>
    <w:rsid w:val="00531387"/>
    <w:rsid w:val="005713EB"/>
    <w:rsid w:val="006412B6"/>
    <w:rsid w:val="00652D20"/>
    <w:rsid w:val="00661B58"/>
    <w:rsid w:val="006748E0"/>
    <w:rsid w:val="00681C92"/>
    <w:rsid w:val="00691229"/>
    <w:rsid w:val="00721D2C"/>
    <w:rsid w:val="00722A36"/>
    <w:rsid w:val="00724E2A"/>
    <w:rsid w:val="00764D5B"/>
    <w:rsid w:val="00790F67"/>
    <w:rsid w:val="007C6A93"/>
    <w:rsid w:val="008033A3"/>
    <w:rsid w:val="008176AA"/>
    <w:rsid w:val="0083651A"/>
    <w:rsid w:val="00844D4F"/>
    <w:rsid w:val="00853A20"/>
    <w:rsid w:val="00864182"/>
    <w:rsid w:val="00883A1C"/>
    <w:rsid w:val="008867D1"/>
    <w:rsid w:val="0089463C"/>
    <w:rsid w:val="00897DC6"/>
    <w:rsid w:val="00904175"/>
    <w:rsid w:val="00940067"/>
    <w:rsid w:val="00941308"/>
    <w:rsid w:val="00953779"/>
    <w:rsid w:val="009548F7"/>
    <w:rsid w:val="0097526A"/>
    <w:rsid w:val="00985C0B"/>
    <w:rsid w:val="009B0C37"/>
    <w:rsid w:val="009B1FF2"/>
    <w:rsid w:val="009C5F92"/>
    <w:rsid w:val="009D1E88"/>
    <w:rsid w:val="009E09DA"/>
    <w:rsid w:val="009E75AC"/>
    <w:rsid w:val="009F6680"/>
    <w:rsid w:val="00A35E7C"/>
    <w:rsid w:val="00A47B06"/>
    <w:rsid w:val="00A5026C"/>
    <w:rsid w:val="00A771C4"/>
    <w:rsid w:val="00A87BE9"/>
    <w:rsid w:val="00AA1D8D"/>
    <w:rsid w:val="00AA76BB"/>
    <w:rsid w:val="00AD05BD"/>
    <w:rsid w:val="00AF14F6"/>
    <w:rsid w:val="00B02219"/>
    <w:rsid w:val="00B353DC"/>
    <w:rsid w:val="00B359FD"/>
    <w:rsid w:val="00B37606"/>
    <w:rsid w:val="00B44A6A"/>
    <w:rsid w:val="00B47730"/>
    <w:rsid w:val="00B64872"/>
    <w:rsid w:val="00BB571C"/>
    <w:rsid w:val="00BF332A"/>
    <w:rsid w:val="00C3144A"/>
    <w:rsid w:val="00CB0664"/>
    <w:rsid w:val="00CD565A"/>
    <w:rsid w:val="00CE6F67"/>
    <w:rsid w:val="00D12133"/>
    <w:rsid w:val="00D52637"/>
    <w:rsid w:val="00D726C9"/>
    <w:rsid w:val="00D80C89"/>
    <w:rsid w:val="00D813D2"/>
    <w:rsid w:val="00D87491"/>
    <w:rsid w:val="00DA0883"/>
    <w:rsid w:val="00DB20C2"/>
    <w:rsid w:val="00DC2898"/>
    <w:rsid w:val="00DC4B55"/>
    <w:rsid w:val="00DE7F08"/>
    <w:rsid w:val="00E57E08"/>
    <w:rsid w:val="00E80835"/>
    <w:rsid w:val="00E80CEB"/>
    <w:rsid w:val="00EA52A2"/>
    <w:rsid w:val="00EF50DC"/>
    <w:rsid w:val="00F045FD"/>
    <w:rsid w:val="00F147DF"/>
    <w:rsid w:val="00F44B38"/>
    <w:rsid w:val="00F5261F"/>
    <w:rsid w:val="00F843E8"/>
    <w:rsid w:val="00F93A43"/>
    <w:rsid w:val="00FB3A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75F88F5-3FE1-49BD-B93A-5F57CB1E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4"/>
      </w:numPr>
      <w:contextualSpacing/>
    </w:pPr>
  </w:style>
  <w:style w:type="paragraph" w:styleId="ListeNumaras2">
    <w:name w:val="List Number 2"/>
    <w:basedOn w:val="Normal"/>
    <w:uiPriority w:val="99"/>
    <w:unhideWhenUsed/>
    <w:rsid w:val="0029639D"/>
    <w:pPr>
      <w:numPr>
        <w:numId w:val="5"/>
      </w:numPr>
      <w:contextualSpacing/>
    </w:pPr>
  </w:style>
  <w:style w:type="paragraph" w:styleId="ListeNumaras3">
    <w:name w:val="List Number 3"/>
    <w:basedOn w:val="Normal"/>
    <w:uiPriority w:val="99"/>
    <w:unhideWhenUsed/>
    <w:rsid w:val="0029639D"/>
    <w:pPr>
      <w:numPr>
        <w:numId w:val="6"/>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71D32-0C2D-465B-8045-58F5F5D03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4621</Words>
  <Characters>26343</Characters>
  <Application>Microsoft Office Word</Application>
  <DocSecurity>0</DocSecurity>
  <Lines>219</Lines>
  <Paragraphs>61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Selinay Demirhanöz</cp:lastModifiedBy>
  <cp:revision>2</cp:revision>
  <dcterms:created xsi:type="dcterms:W3CDTF">2026-10-16T13:51:00Z</dcterms:created>
  <dcterms:modified xsi:type="dcterms:W3CDTF">2026-10-16T13:51:00Z</dcterms:modified>
  <cp:category/>
</cp:coreProperties>
</file>